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297F" w14:textId="7F6C4FD1" w:rsidR="00C97036" w:rsidRDefault="00000000">
      <w:pPr>
        <w:pStyle w:val="Title"/>
        <w:spacing w:after="80"/>
        <w:jc w:val="center"/>
      </w:pPr>
      <w:proofErr w:type="spellStart"/>
      <w:r>
        <w:t>Misija</w:t>
      </w:r>
      <w:proofErr w:type="spellEnd"/>
      <w:r>
        <w:t xml:space="preserve"> </w:t>
      </w:r>
      <w:r w:rsidR="000E21C3">
        <w:t xml:space="preserve">– </w:t>
      </w:r>
      <w:proofErr w:type="spellStart"/>
      <w:r>
        <w:t>spasimo</w:t>
      </w:r>
      <w:proofErr w:type="spellEnd"/>
      <w:r>
        <w:t xml:space="preserve"> </w:t>
      </w:r>
      <w:proofErr w:type="spellStart"/>
      <w:r>
        <w:t>kocku</w:t>
      </w:r>
      <w:proofErr w:type="spellEnd"/>
      <w:r>
        <w:t xml:space="preserve"> </w:t>
      </w:r>
      <w:proofErr w:type="spellStart"/>
      <w:r>
        <w:t>leda</w:t>
      </w:r>
      <w:proofErr w:type="spellEnd"/>
    </w:p>
    <w:p w14:paraId="6801E40C" w14:textId="77777777" w:rsidR="00C97036" w:rsidRDefault="00000000">
      <w:pPr>
        <w:spacing w:after="240"/>
        <w:jc w:val="center"/>
      </w:pPr>
      <w:r>
        <w:rPr>
          <w:rFonts w:eastAsia="Arial"/>
          <w:i/>
          <w:color w:val="464646"/>
          <w:sz w:val="24"/>
        </w:rPr>
        <w:t xml:space="preserve">STEAM </w:t>
      </w:r>
      <w:proofErr w:type="spellStart"/>
      <w:r>
        <w:rPr>
          <w:rFonts w:eastAsia="Arial"/>
          <w:i/>
          <w:color w:val="464646"/>
          <w:sz w:val="24"/>
        </w:rPr>
        <w:t>radionica</w:t>
      </w:r>
      <w:proofErr w:type="spellEnd"/>
      <w:r>
        <w:rPr>
          <w:rFonts w:eastAsia="Arial"/>
          <w:i/>
          <w:color w:val="464646"/>
          <w:sz w:val="24"/>
        </w:rPr>
        <w:t xml:space="preserve"> za </w:t>
      </w:r>
      <w:proofErr w:type="spellStart"/>
      <w:r>
        <w:rPr>
          <w:rFonts w:eastAsia="Arial"/>
          <w:i/>
          <w:color w:val="464646"/>
          <w:sz w:val="24"/>
        </w:rPr>
        <w:t>drugi</w:t>
      </w:r>
      <w:proofErr w:type="spellEnd"/>
      <w:r>
        <w:rPr>
          <w:rFonts w:eastAsia="Arial"/>
          <w:i/>
          <w:color w:val="464646"/>
          <w:sz w:val="24"/>
        </w:rPr>
        <w:t xml:space="preserve"> </w:t>
      </w:r>
      <w:proofErr w:type="spellStart"/>
      <w:r>
        <w:rPr>
          <w:rFonts w:eastAsia="Arial"/>
          <w:i/>
          <w:color w:val="464646"/>
          <w:sz w:val="24"/>
        </w:rPr>
        <w:t>razred</w:t>
      </w:r>
      <w:proofErr w:type="spellEnd"/>
      <w:r>
        <w:rPr>
          <w:rFonts w:eastAsia="Arial"/>
          <w:i/>
          <w:color w:val="464646"/>
          <w:sz w:val="24"/>
        </w:rPr>
        <w:t xml:space="preserve"> </w:t>
      </w:r>
      <w:proofErr w:type="spellStart"/>
      <w:r>
        <w:rPr>
          <w:rFonts w:eastAsia="Arial"/>
          <w:i/>
          <w:color w:val="464646"/>
          <w:sz w:val="24"/>
        </w:rPr>
        <w:t>osnovne</w:t>
      </w:r>
      <w:proofErr w:type="spellEnd"/>
      <w:r>
        <w:rPr>
          <w:rFonts w:eastAsia="Arial"/>
          <w:i/>
          <w:color w:val="464646"/>
          <w:sz w:val="24"/>
        </w:rPr>
        <w:t xml:space="preserve"> </w:t>
      </w:r>
      <w:proofErr w:type="spellStart"/>
      <w:r>
        <w:rPr>
          <w:rFonts w:eastAsia="Arial"/>
          <w:i/>
          <w:color w:val="464646"/>
          <w:sz w:val="24"/>
        </w:rPr>
        <w:t>škole</w:t>
      </w:r>
      <w:proofErr w:type="spellEnd"/>
    </w:p>
    <w:p w14:paraId="2B968451" w14:textId="77777777" w:rsidR="00C97036" w:rsidRDefault="00000000">
      <w:pPr>
        <w:jc w:val="both"/>
      </w:pP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kroz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problemski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izazov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istražuju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kako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različiti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usporavaju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prijenos</w:t>
      </w:r>
      <w:proofErr w:type="spellEnd"/>
      <w:r>
        <w:rPr>
          <w:rFonts w:eastAsia="Arial"/>
        </w:rPr>
        <w:t xml:space="preserve"> topline. U </w:t>
      </w:r>
      <w:proofErr w:type="spellStart"/>
      <w:r>
        <w:rPr>
          <w:rFonts w:eastAsia="Arial"/>
        </w:rPr>
        <w:t>skupinama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postavljaju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pretpostavku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izrađuju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zaštitu</w:t>
      </w:r>
      <w:proofErr w:type="spellEnd"/>
      <w:r>
        <w:rPr>
          <w:rFonts w:eastAsia="Arial"/>
        </w:rPr>
        <w:t xml:space="preserve"> za </w:t>
      </w:r>
      <w:proofErr w:type="spellStart"/>
      <w:r>
        <w:rPr>
          <w:rFonts w:eastAsia="Arial"/>
        </w:rPr>
        <w:t>kocku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ispituju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svoje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temelju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rezultata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izvode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zaključak</w:t>
      </w:r>
      <w:proofErr w:type="spellEnd"/>
      <w:r>
        <w:rPr>
          <w:rFonts w:eastAsia="Arial"/>
        </w:rPr>
        <w:t>.</w:t>
      </w:r>
    </w:p>
    <w:p w14:paraId="485ED6BD" w14:textId="77777777" w:rsidR="00C97036" w:rsidRDefault="00000000">
      <w:pPr>
        <w:pStyle w:val="Heading1"/>
        <w:spacing w:after="120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podatci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6840"/>
      </w:tblGrid>
      <w:tr w:rsidR="00C97036" w14:paraId="680A2A39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960FD27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Naziv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proofErr w:type="spellStart"/>
            <w:r>
              <w:rPr>
                <w:rFonts w:eastAsia="Arial"/>
                <w:b/>
              </w:rPr>
              <w:t>aktivnosti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8DCC1F9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</w:rPr>
              <w:t>Misija</w:t>
            </w:r>
            <w:proofErr w:type="spellEnd"/>
            <w:r>
              <w:rPr>
                <w:rFonts w:eastAsia="Arial"/>
              </w:rPr>
              <w:t xml:space="preserve"> – </w:t>
            </w:r>
            <w:proofErr w:type="spellStart"/>
            <w:r>
              <w:rPr>
                <w:rFonts w:eastAsia="Arial"/>
              </w:rPr>
              <w:t>spasimo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kocku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leda</w:t>
            </w:r>
            <w:proofErr w:type="spellEnd"/>
          </w:p>
        </w:tc>
      </w:tr>
      <w:tr w:rsidR="00C97036" w14:paraId="3A0E7169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902B275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Vodeće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proofErr w:type="spellStart"/>
            <w:r>
              <w:rPr>
                <w:rFonts w:eastAsia="Arial"/>
                <w:b/>
              </w:rPr>
              <w:t>problemsko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proofErr w:type="spellStart"/>
            <w:r>
              <w:rPr>
                <w:rFonts w:eastAsia="Arial"/>
                <w:b/>
              </w:rPr>
              <w:t>pitanje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78525F8" w14:textId="77777777" w:rsidR="00C97036" w:rsidRDefault="00000000">
            <w:pPr>
              <w:spacing w:after="0"/>
            </w:pPr>
            <w:r>
              <w:rPr>
                <w:rFonts w:eastAsia="Arial"/>
              </w:rPr>
              <w:t xml:space="preserve">Kako </w:t>
            </w:r>
            <w:proofErr w:type="spellStart"/>
            <w:r>
              <w:rPr>
                <w:rFonts w:eastAsia="Arial"/>
              </w:rPr>
              <w:t>možemo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spasiti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kocku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leda</w:t>
            </w:r>
            <w:proofErr w:type="spellEnd"/>
            <w:r>
              <w:rPr>
                <w:rFonts w:eastAsia="Arial"/>
              </w:rPr>
              <w:t xml:space="preserve"> od </w:t>
            </w:r>
            <w:proofErr w:type="spellStart"/>
            <w:r>
              <w:rPr>
                <w:rFonts w:eastAsia="Arial"/>
              </w:rPr>
              <w:t>topljenja</w:t>
            </w:r>
            <w:proofErr w:type="spellEnd"/>
            <w:r>
              <w:rPr>
                <w:rFonts w:eastAsia="Arial"/>
              </w:rPr>
              <w:t>?</w:t>
            </w:r>
          </w:p>
        </w:tc>
      </w:tr>
      <w:tr w:rsidR="00C97036" w14:paraId="3DCA82BD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721AC93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Nastavni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proofErr w:type="spellStart"/>
            <w:r>
              <w:rPr>
                <w:rFonts w:eastAsia="Arial"/>
                <w:b/>
              </w:rPr>
              <w:t>predmet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1E65EAA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</w:rPr>
              <w:t>Priroda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i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društvo</w:t>
            </w:r>
            <w:proofErr w:type="spellEnd"/>
          </w:p>
        </w:tc>
      </w:tr>
      <w:tr w:rsidR="00C97036" w14:paraId="319A5C54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D06647B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Nastavna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proofErr w:type="spellStart"/>
            <w:r>
              <w:rPr>
                <w:rFonts w:eastAsia="Arial"/>
                <w:b/>
              </w:rPr>
              <w:t>jedinica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94971AB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</w:rPr>
              <w:t>Prijenos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i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pretvorba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energije</w:t>
            </w:r>
            <w:proofErr w:type="spellEnd"/>
          </w:p>
        </w:tc>
      </w:tr>
      <w:tr w:rsidR="00C97036" w14:paraId="77C5CB07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9D4C6A1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Trajanje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2D4C63C" w14:textId="77777777" w:rsidR="00C97036" w:rsidRDefault="00000000">
            <w:pPr>
              <w:spacing w:after="0"/>
            </w:pPr>
            <w:r>
              <w:rPr>
                <w:rFonts w:eastAsia="Arial"/>
              </w:rPr>
              <w:t xml:space="preserve">Jedan </w:t>
            </w:r>
            <w:proofErr w:type="spellStart"/>
            <w:r>
              <w:rPr>
                <w:rFonts w:eastAsia="Arial"/>
              </w:rPr>
              <w:t>školski</w:t>
            </w:r>
            <w:proofErr w:type="spellEnd"/>
            <w:r>
              <w:rPr>
                <w:rFonts w:eastAsia="Arial"/>
              </w:rPr>
              <w:t xml:space="preserve"> sat – 45 </w:t>
            </w:r>
            <w:proofErr w:type="spellStart"/>
            <w:r>
              <w:rPr>
                <w:rFonts w:eastAsia="Arial"/>
              </w:rPr>
              <w:t>minuta</w:t>
            </w:r>
            <w:proofErr w:type="spellEnd"/>
          </w:p>
        </w:tc>
      </w:tr>
      <w:tr w:rsidR="00C97036" w14:paraId="2646BE33" w14:textId="77777777">
        <w:trPr>
          <w:cantSplit/>
          <w:jc w:val="center"/>
        </w:trPr>
        <w:tc>
          <w:tcPr>
            <w:tcW w:w="2951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A0AC692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b/>
              </w:rPr>
              <w:t>Sudionici</w:t>
            </w:r>
            <w:proofErr w:type="spellEnd"/>
          </w:p>
        </w:tc>
        <w:tc>
          <w:tcPr>
            <w:tcW w:w="684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70D923" w14:textId="77777777" w:rsidR="00C97036" w:rsidRDefault="00000000">
            <w:pPr>
              <w:spacing w:after="0"/>
            </w:pPr>
            <w:r>
              <w:rPr>
                <w:rFonts w:eastAsia="Arial"/>
              </w:rPr>
              <w:t xml:space="preserve">2. </w:t>
            </w:r>
            <w:proofErr w:type="spellStart"/>
            <w:r>
              <w:rPr>
                <w:rFonts w:eastAsia="Arial"/>
              </w:rPr>
              <w:t>razred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osnovne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škole</w:t>
            </w:r>
            <w:proofErr w:type="spellEnd"/>
            <w:r>
              <w:rPr>
                <w:rFonts w:eastAsia="Arial"/>
              </w:rPr>
              <w:t xml:space="preserve"> – 16 </w:t>
            </w:r>
            <w:proofErr w:type="spellStart"/>
            <w:r>
              <w:rPr>
                <w:rFonts w:eastAsia="Arial"/>
              </w:rPr>
              <w:t>učenika</w:t>
            </w:r>
            <w:proofErr w:type="spellEnd"/>
          </w:p>
        </w:tc>
      </w:tr>
    </w:tbl>
    <w:p w14:paraId="02FB83FF" w14:textId="77777777" w:rsidR="00C97036" w:rsidRDefault="00000000">
      <w:pPr>
        <w:pStyle w:val="Heading1"/>
        <w:spacing w:before="240" w:after="100"/>
      </w:pPr>
      <w:proofErr w:type="spellStart"/>
      <w:r>
        <w:t>Ishodi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kurikulumu</w:t>
      </w:r>
      <w:proofErr w:type="spellEnd"/>
    </w:p>
    <w:p w14:paraId="06037C79" w14:textId="77777777" w:rsidR="00C97036" w:rsidRDefault="00000000">
      <w:pPr>
        <w:spacing w:after="120" w:line="269" w:lineRule="auto"/>
      </w:pPr>
      <w:r>
        <w:rPr>
          <w:rFonts w:eastAsia="Arial"/>
          <w:b/>
        </w:rPr>
        <w:t xml:space="preserve">PID OŠ D.2.1. </w:t>
      </w:r>
      <w:proofErr w:type="spellStart"/>
      <w:r>
        <w:rPr>
          <w:rFonts w:eastAsia="Arial"/>
        </w:rPr>
        <w:t>Učenik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prepoznaje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različite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izvore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oblike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prijenos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pretvorbu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energije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objašnjava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važnost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potrebu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štednje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energije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primjerima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svakodnevnoga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života</w:t>
      </w:r>
      <w:proofErr w:type="spellEnd"/>
      <w:r>
        <w:rPr>
          <w:rFonts w:eastAsia="Arial"/>
        </w:rPr>
        <w:t>.</w:t>
      </w:r>
    </w:p>
    <w:p w14:paraId="4ECACF3A" w14:textId="77777777" w:rsidR="00C97036" w:rsidRDefault="00000000">
      <w:pPr>
        <w:spacing w:after="120" w:line="269" w:lineRule="auto"/>
      </w:pPr>
      <w:r>
        <w:rPr>
          <w:rFonts w:eastAsia="Arial"/>
          <w:b/>
        </w:rPr>
        <w:t xml:space="preserve">PID OŠ A.B.C.D.2.1. </w:t>
      </w:r>
      <w:proofErr w:type="spellStart"/>
      <w:r>
        <w:rPr>
          <w:rFonts w:eastAsia="Arial"/>
        </w:rPr>
        <w:t>Učenik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uz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usmjeravanje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opisuje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predstavlja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rezultate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promatranja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prirode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prirodnih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društvenih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pojava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neposrednome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okružju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koristi</w:t>
      </w:r>
      <w:proofErr w:type="spellEnd"/>
      <w:r>
        <w:rPr>
          <w:rFonts w:eastAsia="Arial"/>
        </w:rPr>
        <w:t xml:space="preserve"> se </w:t>
      </w:r>
      <w:proofErr w:type="spellStart"/>
      <w:r>
        <w:rPr>
          <w:rFonts w:eastAsia="Arial"/>
        </w:rPr>
        <w:t>različitim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izvorima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informacija</w:t>
      </w:r>
      <w:proofErr w:type="spellEnd"/>
      <w:r>
        <w:rPr>
          <w:rFonts w:eastAsia="Arial"/>
        </w:rPr>
        <w:t>.</w:t>
      </w:r>
    </w:p>
    <w:p w14:paraId="557CC76A" w14:textId="77777777" w:rsidR="00C97036" w:rsidRDefault="00000000">
      <w:pPr>
        <w:pStyle w:val="Heading1"/>
        <w:spacing w:before="200" w:after="120"/>
      </w:pPr>
      <w:r>
        <w:t xml:space="preserve">STEAM </w:t>
      </w:r>
      <w:proofErr w:type="spellStart"/>
      <w:r>
        <w:t>sastavnice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3240"/>
        <w:gridCol w:w="5515"/>
      </w:tblGrid>
      <w:tr w:rsidR="00C97036" w14:paraId="1CEE37DD" w14:textId="77777777">
        <w:trPr>
          <w:cantSplit/>
          <w:tblHeader/>
          <w:jc w:val="center"/>
        </w:trPr>
        <w:tc>
          <w:tcPr>
            <w:tcW w:w="1036" w:type="dxa"/>
            <w:shd w:val="clear" w:color="auto" w:fill="1F4E7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FB18E2" w14:textId="77777777" w:rsidR="00C97036" w:rsidRDefault="00000000">
            <w:pPr>
              <w:spacing w:after="0"/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20"/>
              </w:rPr>
              <w:t>Oznaka</w:t>
            </w:r>
            <w:proofErr w:type="spellEnd"/>
          </w:p>
        </w:tc>
        <w:tc>
          <w:tcPr>
            <w:tcW w:w="3240" w:type="dxa"/>
            <w:shd w:val="clear" w:color="auto" w:fill="1F4E7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F654BD" w14:textId="77777777" w:rsidR="00C97036" w:rsidRDefault="00000000">
            <w:pPr>
              <w:spacing w:after="0"/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20"/>
              </w:rPr>
              <w:t>Sastavnica</w:t>
            </w:r>
            <w:proofErr w:type="spellEnd"/>
          </w:p>
        </w:tc>
        <w:tc>
          <w:tcPr>
            <w:tcW w:w="5515" w:type="dxa"/>
            <w:shd w:val="clear" w:color="auto" w:fill="1F4E7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DD12C" w14:textId="77777777" w:rsidR="00C97036" w:rsidRDefault="00000000">
            <w:pPr>
              <w:spacing w:after="0"/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20"/>
              </w:rPr>
              <w:t>Primjena</w:t>
            </w:r>
            <w:proofErr w:type="spellEnd"/>
            <w:r>
              <w:rPr>
                <w:rFonts w:eastAsia="Arial"/>
                <w:b/>
                <w:color w:val="FFFFFF"/>
                <w:sz w:val="20"/>
              </w:rPr>
              <w:t xml:space="preserve"> u </w:t>
            </w:r>
            <w:proofErr w:type="spellStart"/>
            <w:r>
              <w:rPr>
                <w:rFonts w:eastAsia="Arial"/>
                <w:b/>
                <w:color w:val="FFFFFF"/>
                <w:sz w:val="20"/>
              </w:rPr>
              <w:t>aktivnosti</w:t>
            </w:r>
            <w:proofErr w:type="spellEnd"/>
          </w:p>
        </w:tc>
      </w:tr>
      <w:tr w:rsidR="00C97036" w14:paraId="3C4405F4" w14:textId="77777777">
        <w:trPr>
          <w:cantSplit/>
          <w:jc w:val="center"/>
        </w:trPr>
        <w:tc>
          <w:tcPr>
            <w:tcW w:w="1036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E1D992" w14:textId="77777777" w:rsidR="00C9703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20"/>
              </w:rPr>
              <w:t>S</w:t>
            </w:r>
          </w:p>
        </w:tc>
        <w:tc>
          <w:tcPr>
            <w:tcW w:w="3240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64B065" w14:textId="77777777" w:rsidR="00C97036" w:rsidRDefault="00000000">
            <w:pPr>
              <w:spacing w:after="0"/>
            </w:pPr>
            <w:r>
              <w:rPr>
                <w:rFonts w:eastAsia="Arial"/>
                <w:sz w:val="20"/>
              </w:rPr>
              <w:t xml:space="preserve">Science – </w:t>
            </w:r>
            <w:proofErr w:type="spellStart"/>
            <w:r>
              <w:rPr>
                <w:rFonts w:eastAsia="Arial"/>
                <w:sz w:val="20"/>
              </w:rPr>
              <w:t>znanost</w:t>
            </w:r>
            <w:proofErr w:type="spellEnd"/>
          </w:p>
        </w:tc>
        <w:tc>
          <w:tcPr>
            <w:tcW w:w="551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D0045B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sz w:val="20"/>
              </w:rPr>
              <w:t>Promatranje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topljenja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leda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i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istraživanje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svojstava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materijala</w:t>
            </w:r>
            <w:proofErr w:type="spellEnd"/>
          </w:p>
        </w:tc>
      </w:tr>
      <w:tr w:rsidR="00C97036" w14:paraId="1004EB2A" w14:textId="77777777">
        <w:trPr>
          <w:cantSplit/>
          <w:jc w:val="center"/>
        </w:trPr>
        <w:tc>
          <w:tcPr>
            <w:tcW w:w="1036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A534E4" w14:textId="77777777" w:rsidR="00C9703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20"/>
              </w:rPr>
              <w:t>T</w:t>
            </w:r>
          </w:p>
        </w:tc>
        <w:tc>
          <w:tcPr>
            <w:tcW w:w="3240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EABABD" w14:textId="77777777" w:rsidR="00C97036" w:rsidRDefault="00000000">
            <w:pPr>
              <w:spacing w:after="0"/>
            </w:pPr>
            <w:r>
              <w:rPr>
                <w:rFonts w:eastAsia="Arial"/>
                <w:sz w:val="20"/>
              </w:rPr>
              <w:t xml:space="preserve">Technology – </w:t>
            </w:r>
            <w:proofErr w:type="spellStart"/>
            <w:r>
              <w:rPr>
                <w:rFonts w:eastAsia="Arial"/>
                <w:sz w:val="20"/>
              </w:rPr>
              <w:t>tehnologija</w:t>
            </w:r>
            <w:proofErr w:type="spellEnd"/>
          </w:p>
        </w:tc>
        <w:tc>
          <w:tcPr>
            <w:tcW w:w="5515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0AA913" w14:textId="3932DCB6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sz w:val="20"/>
              </w:rPr>
              <w:t>Uporaba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štoperice</w:t>
            </w:r>
            <w:proofErr w:type="spellEnd"/>
            <w:r>
              <w:rPr>
                <w:rFonts w:eastAsia="Arial"/>
                <w:sz w:val="20"/>
              </w:rPr>
              <w:t xml:space="preserve"> za </w:t>
            </w:r>
            <w:proofErr w:type="spellStart"/>
            <w:r>
              <w:rPr>
                <w:rFonts w:eastAsia="Arial"/>
                <w:sz w:val="20"/>
              </w:rPr>
              <w:t>praćenje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trajanja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pokusa</w:t>
            </w:r>
            <w:proofErr w:type="spellEnd"/>
            <w:r w:rsidR="00DC3134">
              <w:rPr>
                <w:rFonts w:eastAsia="Arial"/>
                <w:sz w:val="20"/>
              </w:rPr>
              <w:t xml:space="preserve">, </w:t>
            </w:r>
            <w:proofErr w:type="spellStart"/>
            <w:r w:rsidR="00DC3134">
              <w:rPr>
                <w:rFonts w:eastAsia="Arial"/>
                <w:sz w:val="20"/>
              </w:rPr>
              <w:t>vaganje</w:t>
            </w:r>
            <w:proofErr w:type="spellEnd"/>
            <w:r w:rsidR="00DC3134">
              <w:rPr>
                <w:rFonts w:eastAsia="Arial"/>
                <w:sz w:val="20"/>
              </w:rPr>
              <w:t xml:space="preserve"> </w:t>
            </w:r>
            <w:proofErr w:type="spellStart"/>
            <w:r w:rsidR="00DC3134">
              <w:rPr>
                <w:rFonts w:eastAsia="Arial"/>
                <w:sz w:val="20"/>
              </w:rPr>
              <w:t>na</w:t>
            </w:r>
            <w:proofErr w:type="spellEnd"/>
            <w:r w:rsidR="00DC3134">
              <w:rPr>
                <w:rFonts w:eastAsia="Arial"/>
                <w:sz w:val="20"/>
              </w:rPr>
              <w:t xml:space="preserve"> </w:t>
            </w:r>
            <w:proofErr w:type="spellStart"/>
            <w:r w:rsidR="00DC3134">
              <w:rPr>
                <w:rFonts w:eastAsia="Arial"/>
                <w:sz w:val="20"/>
              </w:rPr>
              <w:t>digitalnoj</w:t>
            </w:r>
            <w:proofErr w:type="spellEnd"/>
            <w:r w:rsidR="00DC3134">
              <w:rPr>
                <w:rFonts w:eastAsia="Arial"/>
                <w:sz w:val="20"/>
              </w:rPr>
              <w:t xml:space="preserve"> </w:t>
            </w:r>
            <w:proofErr w:type="spellStart"/>
            <w:r w:rsidR="00DC3134">
              <w:rPr>
                <w:rFonts w:eastAsia="Arial"/>
                <w:sz w:val="20"/>
              </w:rPr>
              <w:t>vagi</w:t>
            </w:r>
            <w:proofErr w:type="spellEnd"/>
            <w:r w:rsidR="00DC3134">
              <w:rPr>
                <w:rFonts w:eastAsia="Arial"/>
                <w:sz w:val="20"/>
              </w:rPr>
              <w:t xml:space="preserve"> </w:t>
            </w:r>
          </w:p>
        </w:tc>
      </w:tr>
      <w:tr w:rsidR="00C97036" w14:paraId="7FF59242" w14:textId="77777777">
        <w:trPr>
          <w:cantSplit/>
          <w:jc w:val="center"/>
        </w:trPr>
        <w:tc>
          <w:tcPr>
            <w:tcW w:w="1036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BE52A5" w14:textId="77777777" w:rsidR="00C9703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20"/>
              </w:rPr>
              <w:t>E</w:t>
            </w:r>
          </w:p>
        </w:tc>
        <w:tc>
          <w:tcPr>
            <w:tcW w:w="3240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755A1C" w14:textId="77777777" w:rsidR="00C97036" w:rsidRDefault="00000000">
            <w:pPr>
              <w:spacing w:after="0"/>
            </w:pPr>
            <w:r>
              <w:rPr>
                <w:rFonts w:eastAsia="Arial"/>
                <w:sz w:val="20"/>
              </w:rPr>
              <w:t xml:space="preserve">Engineering – </w:t>
            </w:r>
            <w:proofErr w:type="spellStart"/>
            <w:r>
              <w:rPr>
                <w:rFonts w:eastAsia="Arial"/>
                <w:sz w:val="20"/>
              </w:rPr>
              <w:t>inženjerstvo</w:t>
            </w:r>
            <w:proofErr w:type="spellEnd"/>
          </w:p>
        </w:tc>
        <w:tc>
          <w:tcPr>
            <w:tcW w:w="551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0EB9AA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sz w:val="20"/>
              </w:rPr>
              <w:t>Osmišljavanje</w:t>
            </w:r>
            <w:proofErr w:type="spellEnd"/>
            <w:r>
              <w:rPr>
                <w:rFonts w:eastAsia="Arial"/>
                <w:sz w:val="20"/>
              </w:rPr>
              <w:t xml:space="preserve">, </w:t>
            </w:r>
            <w:proofErr w:type="spellStart"/>
            <w:r>
              <w:rPr>
                <w:rFonts w:eastAsia="Arial"/>
                <w:sz w:val="20"/>
              </w:rPr>
              <w:t>izrada</w:t>
            </w:r>
            <w:proofErr w:type="spellEnd"/>
            <w:r>
              <w:rPr>
                <w:rFonts w:eastAsia="Arial"/>
                <w:sz w:val="20"/>
              </w:rPr>
              <w:t xml:space="preserve">, </w:t>
            </w:r>
            <w:proofErr w:type="spellStart"/>
            <w:r>
              <w:rPr>
                <w:rFonts w:eastAsia="Arial"/>
                <w:sz w:val="20"/>
              </w:rPr>
              <w:t>ispitivanje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i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poboljšavanje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zaštite</w:t>
            </w:r>
            <w:proofErr w:type="spellEnd"/>
            <w:r>
              <w:rPr>
                <w:rFonts w:eastAsia="Arial"/>
                <w:sz w:val="20"/>
              </w:rPr>
              <w:t xml:space="preserve"> za </w:t>
            </w:r>
            <w:proofErr w:type="spellStart"/>
            <w:r>
              <w:rPr>
                <w:rFonts w:eastAsia="Arial"/>
                <w:sz w:val="20"/>
              </w:rPr>
              <w:t>kocku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leda</w:t>
            </w:r>
            <w:proofErr w:type="spellEnd"/>
          </w:p>
        </w:tc>
      </w:tr>
      <w:tr w:rsidR="00C97036" w14:paraId="5EB15319" w14:textId="77777777">
        <w:trPr>
          <w:cantSplit/>
          <w:jc w:val="center"/>
        </w:trPr>
        <w:tc>
          <w:tcPr>
            <w:tcW w:w="1036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F8F693" w14:textId="77777777" w:rsidR="00C9703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20"/>
              </w:rPr>
              <w:t>A</w:t>
            </w:r>
          </w:p>
        </w:tc>
        <w:tc>
          <w:tcPr>
            <w:tcW w:w="3240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181DFA" w14:textId="77777777" w:rsidR="00C97036" w:rsidRDefault="00000000">
            <w:pPr>
              <w:spacing w:after="0"/>
            </w:pPr>
            <w:r>
              <w:rPr>
                <w:rFonts w:eastAsia="Arial"/>
                <w:sz w:val="20"/>
              </w:rPr>
              <w:t xml:space="preserve">Arts – </w:t>
            </w:r>
            <w:proofErr w:type="spellStart"/>
            <w:r>
              <w:rPr>
                <w:rFonts w:eastAsia="Arial"/>
                <w:sz w:val="20"/>
              </w:rPr>
              <w:t>umjetnost</w:t>
            </w:r>
            <w:proofErr w:type="spellEnd"/>
          </w:p>
        </w:tc>
        <w:tc>
          <w:tcPr>
            <w:tcW w:w="5515" w:type="dxa"/>
            <w:shd w:val="clear" w:color="auto" w:fill="F5F8F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42B89E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sz w:val="20"/>
              </w:rPr>
              <w:t>Crtanje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nacrta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i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kreativno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oblikovanje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zaštite</w:t>
            </w:r>
            <w:proofErr w:type="spellEnd"/>
          </w:p>
        </w:tc>
      </w:tr>
      <w:tr w:rsidR="00C97036" w14:paraId="58CC50B8" w14:textId="77777777">
        <w:trPr>
          <w:cantSplit/>
          <w:jc w:val="center"/>
        </w:trPr>
        <w:tc>
          <w:tcPr>
            <w:tcW w:w="1036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CDCDC8" w14:textId="77777777" w:rsidR="00C9703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20"/>
              </w:rPr>
              <w:t>M</w:t>
            </w:r>
          </w:p>
        </w:tc>
        <w:tc>
          <w:tcPr>
            <w:tcW w:w="3240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5C5A7C" w14:textId="77777777" w:rsidR="00C97036" w:rsidRDefault="00000000">
            <w:pPr>
              <w:spacing w:after="0"/>
            </w:pPr>
            <w:r>
              <w:rPr>
                <w:rFonts w:eastAsia="Arial"/>
                <w:sz w:val="20"/>
              </w:rPr>
              <w:t xml:space="preserve">Mathematics – </w:t>
            </w:r>
            <w:proofErr w:type="spellStart"/>
            <w:r>
              <w:rPr>
                <w:rFonts w:eastAsia="Arial"/>
                <w:sz w:val="20"/>
              </w:rPr>
              <w:t>matematika</w:t>
            </w:r>
            <w:proofErr w:type="spellEnd"/>
          </w:p>
        </w:tc>
        <w:tc>
          <w:tcPr>
            <w:tcW w:w="551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07FEF2" w14:textId="77777777" w:rsidR="00C97036" w:rsidRDefault="00000000">
            <w:pPr>
              <w:spacing w:after="0"/>
            </w:pPr>
            <w:proofErr w:type="spellStart"/>
            <w:r>
              <w:rPr>
                <w:rFonts w:eastAsia="Arial"/>
                <w:sz w:val="20"/>
              </w:rPr>
              <w:t>Mjerenje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vremena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te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uspoređivanje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količine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otopljene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vode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i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preostaloga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leda</w:t>
            </w:r>
            <w:proofErr w:type="spellEnd"/>
          </w:p>
        </w:tc>
      </w:tr>
    </w:tbl>
    <w:p w14:paraId="584BE121" w14:textId="77777777" w:rsidR="00DC3134" w:rsidRDefault="00DC3134">
      <w:pPr>
        <w:pStyle w:val="Heading1"/>
        <w:spacing w:before="240" w:after="100"/>
      </w:pPr>
    </w:p>
    <w:p w14:paraId="314195A3" w14:textId="153CCB31" w:rsidR="00C97036" w:rsidRDefault="00000000">
      <w:pPr>
        <w:pStyle w:val="Heading1"/>
        <w:spacing w:before="240" w:after="100"/>
      </w:pPr>
      <w:proofErr w:type="spellStart"/>
      <w:r>
        <w:t>Potrebni</w:t>
      </w:r>
      <w:proofErr w:type="spellEnd"/>
      <w:r>
        <w:t xml:space="preserve"> </w:t>
      </w:r>
      <w:proofErr w:type="spellStart"/>
      <w:r>
        <w:t>materijali</w:t>
      </w:r>
      <w:proofErr w:type="spellEnd"/>
    </w:p>
    <w:p w14:paraId="3C164C2E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približno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jednake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– po </w:t>
      </w:r>
      <w:proofErr w:type="spellStart"/>
      <w:r>
        <w:rPr>
          <w:rFonts w:eastAsia="Arial"/>
        </w:rPr>
        <w:t>jedna</w:t>
      </w:r>
      <w:proofErr w:type="spellEnd"/>
      <w:r>
        <w:rPr>
          <w:rFonts w:eastAsia="Arial"/>
        </w:rPr>
        <w:t xml:space="preserve"> za </w:t>
      </w:r>
      <w:proofErr w:type="spellStart"/>
      <w:r>
        <w:rPr>
          <w:rFonts w:eastAsia="Arial"/>
        </w:rPr>
        <w:t>svaku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jedna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kontrolna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kocka</w:t>
      </w:r>
      <w:proofErr w:type="spellEnd"/>
    </w:p>
    <w:p w14:paraId="385EB68A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ubrusi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plastične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posudice</w:t>
      </w:r>
      <w:proofErr w:type="spellEnd"/>
    </w:p>
    <w:p w14:paraId="248DA872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karton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aluminijska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folija</w:t>
      </w:r>
      <w:proofErr w:type="spellEnd"/>
    </w:p>
    <w:p w14:paraId="6983EEDC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vata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komadići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tkanine</w:t>
      </w:r>
      <w:proofErr w:type="spellEnd"/>
    </w:p>
    <w:p w14:paraId="056F58C6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plastične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vrećice</w:t>
      </w:r>
      <w:proofErr w:type="spellEnd"/>
    </w:p>
    <w:p w14:paraId="1BAD5828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gumice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ljepljiva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traka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konopac</w:t>
      </w:r>
      <w:proofErr w:type="spellEnd"/>
    </w:p>
    <w:p w14:paraId="641BC128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škare</w:t>
      </w:r>
      <w:proofErr w:type="spellEnd"/>
    </w:p>
    <w:p w14:paraId="17CE1871" w14:textId="2F5401D1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štoperica</w:t>
      </w:r>
      <w:proofErr w:type="spellEnd"/>
      <w:r w:rsidR="00DC3134">
        <w:rPr>
          <w:rFonts w:eastAsia="Arial"/>
        </w:rPr>
        <w:t xml:space="preserve">, </w:t>
      </w:r>
      <w:proofErr w:type="spellStart"/>
      <w:r w:rsidR="00DC3134">
        <w:rPr>
          <w:rFonts w:eastAsia="Arial"/>
        </w:rPr>
        <w:t>kuhinjska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vaga</w:t>
      </w:r>
      <w:proofErr w:type="spellEnd"/>
    </w:p>
    <w:p w14:paraId="588C52A8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radni</w:t>
      </w:r>
      <w:proofErr w:type="spellEnd"/>
      <w:r>
        <w:rPr>
          <w:rFonts w:eastAsia="Arial"/>
        </w:rPr>
        <w:t xml:space="preserve"> list za </w:t>
      </w:r>
      <w:proofErr w:type="spellStart"/>
      <w:r>
        <w:rPr>
          <w:rFonts w:eastAsia="Arial"/>
        </w:rPr>
        <w:t>nacrt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pretpostavku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rezultate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zaključak</w:t>
      </w:r>
      <w:proofErr w:type="spellEnd"/>
    </w:p>
    <w:p w14:paraId="1A4BEC4C" w14:textId="77777777" w:rsidR="00C97036" w:rsidRDefault="00000000">
      <w:pPr>
        <w:pStyle w:val="Heading1"/>
        <w:spacing w:before="240" w:after="120"/>
      </w:pPr>
      <w:proofErr w:type="spellStart"/>
      <w:r>
        <w:t>Opis</w:t>
      </w:r>
      <w:proofErr w:type="spellEnd"/>
      <w:r>
        <w:t xml:space="preserve"> </w:t>
      </w:r>
      <w:proofErr w:type="spellStart"/>
      <w:r>
        <w:t>aktivnosti</w:t>
      </w:r>
      <w:proofErr w:type="spellEnd"/>
    </w:p>
    <w:p w14:paraId="6DB4DD59" w14:textId="77777777" w:rsidR="00C97036" w:rsidRDefault="00000000">
      <w:pPr>
        <w:pStyle w:val="Heading2"/>
        <w:spacing w:after="80"/>
      </w:pPr>
      <w:r>
        <w:rPr>
          <w:rFonts w:ascii="Arial" w:eastAsia="Arial" w:hAnsi="Arial"/>
        </w:rPr>
        <w:t xml:space="preserve">a </w:t>
      </w:r>
      <w:proofErr w:type="spellStart"/>
      <w:r>
        <w:rPr>
          <w:rFonts w:ascii="Arial" w:eastAsia="Arial" w:hAnsi="Arial"/>
        </w:rPr>
        <w:t>Uvodna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motivacija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predstavljanje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problema</w:t>
      </w:r>
      <w:proofErr w:type="spellEnd"/>
      <w:r>
        <w:rPr>
          <w:rFonts w:ascii="Arial" w:eastAsia="Arial" w:hAnsi="Arial"/>
        </w:rPr>
        <w:t xml:space="preserve"> – 5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4E9C92F2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Učiteljica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učenicima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pokazuje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predstavlja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problemsku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situaciju</w:t>
      </w:r>
      <w:proofErr w:type="spellEnd"/>
      <w:r>
        <w:rPr>
          <w:rFonts w:eastAsia="Arial"/>
        </w:rPr>
        <w:t>:</w:t>
      </w:r>
    </w:p>
    <w:p w14:paraId="67BE323E" w14:textId="77777777" w:rsidR="00C97036" w:rsidRDefault="00000000">
      <w:pPr>
        <w:spacing w:after="120"/>
        <w:ind w:left="504" w:right="360"/>
      </w:pPr>
      <w:r>
        <w:rPr>
          <w:rFonts w:eastAsia="Arial"/>
          <w:i/>
        </w:rPr>
        <w:t xml:space="preserve">„Kocka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 xml:space="preserve"> mora </w:t>
      </w:r>
      <w:proofErr w:type="spellStart"/>
      <w:r>
        <w:rPr>
          <w:rFonts w:eastAsia="Arial"/>
          <w:i/>
        </w:rPr>
        <w:t>izdržati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dulje</w:t>
      </w:r>
      <w:proofErr w:type="spellEnd"/>
      <w:r>
        <w:rPr>
          <w:rFonts w:eastAsia="Arial"/>
          <w:i/>
        </w:rPr>
        <w:t xml:space="preserve">, </w:t>
      </w:r>
      <w:proofErr w:type="spellStart"/>
      <w:r>
        <w:rPr>
          <w:rFonts w:eastAsia="Arial"/>
          <w:i/>
        </w:rPr>
        <w:t>ali</w:t>
      </w:r>
      <w:proofErr w:type="spellEnd"/>
      <w:r>
        <w:rPr>
          <w:rFonts w:eastAsia="Arial"/>
          <w:i/>
        </w:rPr>
        <w:t xml:space="preserve"> u </w:t>
      </w:r>
      <w:proofErr w:type="spellStart"/>
      <w:r>
        <w:rPr>
          <w:rFonts w:eastAsia="Arial"/>
          <w:i/>
        </w:rPr>
        <w:t>učionici</w:t>
      </w:r>
      <w:proofErr w:type="spellEnd"/>
      <w:r>
        <w:rPr>
          <w:rFonts w:eastAsia="Arial"/>
          <w:i/>
        </w:rPr>
        <w:t xml:space="preserve"> je </w:t>
      </w:r>
      <w:proofErr w:type="spellStart"/>
      <w:r>
        <w:rPr>
          <w:rFonts w:eastAsia="Arial"/>
          <w:i/>
        </w:rPr>
        <w:t>toplo</w:t>
      </w:r>
      <w:proofErr w:type="spellEnd"/>
      <w:r>
        <w:rPr>
          <w:rFonts w:eastAsia="Arial"/>
          <w:i/>
        </w:rPr>
        <w:t xml:space="preserve">. </w:t>
      </w:r>
      <w:proofErr w:type="spellStart"/>
      <w:r>
        <w:rPr>
          <w:rFonts w:eastAsia="Arial"/>
          <w:i/>
        </w:rPr>
        <w:t>Vaš</w:t>
      </w:r>
      <w:proofErr w:type="spellEnd"/>
      <w:r>
        <w:rPr>
          <w:rFonts w:eastAsia="Arial"/>
          <w:i/>
        </w:rPr>
        <w:t xml:space="preserve"> je </w:t>
      </w:r>
      <w:proofErr w:type="spellStart"/>
      <w:r>
        <w:rPr>
          <w:rFonts w:eastAsia="Arial"/>
          <w:i/>
        </w:rPr>
        <w:t>zadatak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osmisliti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zaštitu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koja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će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usporiti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njezino</w:t>
      </w:r>
      <w:proofErr w:type="spellEnd"/>
      <w:r>
        <w:rPr>
          <w:rFonts w:eastAsia="Arial"/>
          <w:i/>
        </w:rPr>
        <w:t xml:space="preserve"> </w:t>
      </w:r>
      <w:proofErr w:type="spellStart"/>
      <w:proofErr w:type="gramStart"/>
      <w:r>
        <w:rPr>
          <w:rFonts w:eastAsia="Arial"/>
          <w:i/>
        </w:rPr>
        <w:t>topljenje</w:t>
      </w:r>
      <w:proofErr w:type="spellEnd"/>
      <w:r>
        <w:rPr>
          <w:rFonts w:eastAsia="Arial"/>
          <w:i/>
        </w:rPr>
        <w:t>.“</w:t>
      </w:r>
      <w:proofErr w:type="gramEnd"/>
    </w:p>
    <w:p w14:paraId="069A56AF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Učenicima</w:t>
      </w:r>
      <w:proofErr w:type="spellEnd"/>
      <w:r>
        <w:rPr>
          <w:rFonts w:eastAsia="Arial"/>
        </w:rPr>
        <w:t xml:space="preserve"> se </w:t>
      </w:r>
      <w:proofErr w:type="spellStart"/>
      <w:r>
        <w:rPr>
          <w:rFonts w:eastAsia="Arial"/>
        </w:rPr>
        <w:t>postavlja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vodeće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problemsko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pitanje</w:t>
      </w:r>
      <w:proofErr w:type="spellEnd"/>
      <w:r>
        <w:rPr>
          <w:rFonts w:eastAsia="Arial"/>
        </w:rPr>
        <w:t xml:space="preserve">: Kako </w:t>
      </w:r>
      <w:proofErr w:type="spellStart"/>
      <w:r>
        <w:rPr>
          <w:rFonts w:eastAsia="Arial"/>
        </w:rPr>
        <w:t>možemo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spasiti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od </w:t>
      </w:r>
      <w:proofErr w:type="spellStart"/>
      <w:r>
        <w:rPr>
          <w:rFonts w:eastAsia="Arial"/>
        </w:rPr>
        <w:t>topljenja</w:t>
      </w:r>
      <w:proofErr w:type="spellEnd"/>
      <w:r>
        <w:rPr>
          <w:rFonts w:eastAsia="Arial"/>
        </w:rPr>
        <w:t xml:space="preserve">? </w:t>
      </w: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iznose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početne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ideje</w:t>
      </w:r>
      <w:proofErr w:type="spellEnd"/>
      <w:r>
        <w:rPr>
          <w:rFonts w:eastAsia="Arial"/>
        </w:rPr>
        <w:t xml:space="preserve"> o tome </w:t>
      </w:r>
      <w:proofErr w:type="spellStart"/>
      <w:r>
        <w:rPr>
          <w:rFonts w:eastAsia="Arial"/>
        </w:rPr>
        <w:t>zašto</w:t>
      </w:r>
      <w:proofErr w:type="spellEnd"/>
      <w:r>
        <w:rPr>
          <w:rFonts w:eastAsia="Arial"/>
        </w:rPr>
        <w:t xml:space="preserve"> se led </w:t>
      </w:r>
      <w:proofErr w:type="spellStart"/>
      <w:r>
        <w:rPr>
          <w:rFonts w:eastAsia="Arial"/>
        </w:rPr>
        <w:t>topi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što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moglo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usporiti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njegovo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topljenje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Učiteljica</w:t>
      </w:r>
      <w:proofErr w:type="spellEnd"/>
      <w:r>
        <w:rPr>
          <w:rFonts w:eastAsia="Arial"/>
        </w:rPr>
        <w:t xml:space="preserve"> ne </w:t>
      </w:r>
      <w:proofErr w:type="spellStart"/>
      <w:r>
        <w:rPr>
          <w:rFonts w:eastAsia="Arial"/>
        </w:rPr>
        <w:t>otkriva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najbolje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>.</w:t>
      </w:r>
    </w:p>
    <w:p w14:paraId="69FC2919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09C1A6C3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mislite</w:t>
      </w:r>
      <w:proofErr w:type="spellEnd"/>
      <w:r>
        <w:rPr>
          <w:rFonts w:eastAsia="Arial"/>
          <w:i/>
        </w:rPr>
        <w:t xml:space="preserve">, </w:t>
      </w: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će</w:t>
      </w:r>
      <w:proofErr w:type="spellEnd"/>
      <w:r>
        <w:rPr>
          <w:rFonts w:eastAsia="Arial"/>
          <w:i/>
        </w:rPr>
        <w:t xml:space="preserve"> se </w:t>
      </w:r>
      <w:proofErr w:type="spellStart"/>
      <w:r>
        <w:rPr>
          <w:rFonts w:eastAsia="Arial"/>
          <w:i/>
        </w:rPr>
        <w:t>dogoditi</w:t>
      </w:r>
      <w:proofErr w:type="spellEnd"/>
      <w:r>
        <w:rPr>
          <w:rFonts w:eastAsia="Arial"/>
          <w:i/>
        </w:rPr>
        <w:t xml:space="preserve"> s </w:t>
      </w:r>
      <w:proofErr w:type="spellStart"/>
      <w:r>
        <w:rPr>
          <w:rFonts w:eastAsia="Arial"/>
          <w:i/>
        </w:rPr>
        <w:t>kockom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ako</w:t>
      </w:r>
      <w:proofErr w:type="spellEnd"/>
      <w:r>
        <w:rPr>
          <w:rFonts w:eastAsia="Arial"/>
          <w:i/>
        </w:rPr>
        <w:t xml:space="preserve"> je </w:t>
      </w:r>
      <w:proofErr w:type="spellStart"/>
      <w:r>
        <w:rPr>
          <w:rFonts w:eastAsia="Arial"/>
          <w:i/>
        </w:rPr>
        <w:t>ostavimo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stolu</w:t>
      </w:r>
      <w:proofErr w:type="spellEnd"/>
      <w:r>
        <w:rPr>
          <w:rFonts w:eastAsia="Arial"/>
          <w:i/>
        </w:rPr>
        <w:t>?</w:t>
      </w:r>
    </w:p>
    <w:p w14:paraId="652731EC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 xml:space="preserve"> se led u </w:t>
      </w:r>
      <w:proofErr w:type="spellStart"/>
      <w:r>
        <w:rPr>
          <w:rFonts w:eastAsia="Arial"/>
          <w:i/>
        </w:rPr>
        <w:t>toploj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učionici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počinje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topiti</w:t>
      </w:r>
      <w:proofErr w:type="spellEnd"/>
      <w:r>
        <w:rPr>
          <w:rFonts w:eastAsia="Arial"/>
          <w:i/>
        </w:rPr>
        <w:t>?</w:t>
      </w:r>
    </w:p>
    <w:p w14:paraId="2BB31595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Možemo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potpuno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zaustaviti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topljenje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ili</w:t>
      </w:r>
      <w:proofErr w:type="spellEnd"/>
      <w:r>
        <w:rPr>
          <w:rFonts w:eastAsia="Arial"/>
          <w:i/>
        </w:rPr>
        <w:t xml:space="preserve"> ga </w:t>
      </w:r>
      <w:proofErr w:type="spellStart"/>
      <w:r>
        <w:rPr>
          <w:rFonts w:eastAsia="Arial"/>
          <w:i/>
        </w:rPr>
        <w:t>možemo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samo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usporiti</w:t>
      </w:r>
      <w:proofErr w:type="spellEnd"/>
      <w:r>
        <w:rPr>
          <w:rFonts w:eastAsia="Arial"/>
          <w:i/>
        </w:rPr>
        <w:t>?</w:t>
      </w:r>
    </w:p>
    <w:p w14:paraId="104FCFB8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Čime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bismo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mogli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zaštititi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>?</w:t>
      </w:r>
    </w:p>
    <w:p w14:paraId="60E09078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Kako </w:t>
      </w:r>
      <w:proofErr w:type="spellStart"/>
      <w:r>
        <w:rPr>
          <w:rFonts w:eastAsia="Arial"/>
          <w:i/>
        </w:rPr>
        <w:t>možemo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provjeriti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jesu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naše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ideje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točne</w:t>
      </w:r>
      <w:proofErr w:type="spellEnd"/>
      <w:r>
        <w:rPr>
          <w:rFonts w:eastAsia="Arial"/>
          <w:i/>
        </w:rPr>
        <w:t>?</w:t>
      </w:r>
    </w:p>
    <w:p w14:paraId="22134880" w14:textId="77777777" w:rsidR="00C97036" w:rsidRDefault="00000000">
      <w:pPr>
        <w:pStyle w:val="Heading2"/>
        <w:spacing w:after="80"/>
      </w:pPr>
      <w:r>
        <w:rPr>
          <w:rFonts w:ascii="Arial" w:eastAsia="Arial" w:hAnsi="Arial"/>
        </w:rPr>
        <w:t xml:space="preserve">b </w:t>
      </w:r>
      <w:proofErr w:type="spellStart"/>
      <w:r>
        <w:rPr>
          <w:rFonts w:ascii="Arial" w:eastAsia="Arial" w:hAnsi="Arial"/>
        </w:rPr>
        <w:t>Promatranje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materijala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postavljanje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pretpostavke</w:t>
      </w:r>
      <w:proofErr w:type="spellEnd"/>
      <w:r>
        <w:rPr>
          <w:rFonts w:ascii="Arial" w:eastAsia="Arial" w:hAnsi="Arial"/>
        </w:rPr>
        <w:t xml:space="preserve"> – 5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58D12878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se </w:t>
      </w:r>
      <w:proofErr w:type="spellStart"/>
      <w:r>
        <w:rPr>
          <w:rFonts w:eastAsia="Arial"/>
        </w:rPr>
        <w:t>dijele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četiri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skupine</w:t>
      </w:r>
      <w:proofErr w:type="spellEnd"/>
      <w:r>
        <w:rPr>
          <w:rFonts w:eastAsia="Arial"/>
        </w:rPr>
        <w:t xml:space="preserve"> po </w:t>
      </w:r>
      <w:proofErr w:type="spellStart"/>
      <w:r>
        <w:rPr>
          <w:rFonts w:eastAsia="Arial"/>
        </w:rPr>
        <w:t>četiri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člana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Svaka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razgledava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ponuđene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razgovara</w:t>
      </w:r>
      <w:proofErr w:type="spellEnd"/>
      <w:r>
        <w:rPr>
          <w:rFonts w:eastAsia="Arial"/>
        </w:rPr>
        <w:t xml:space="preserve"> o </w:t>
      </w:r>
      <w:proofErr w:type="spellStart"/>
      <w:r>
        <w:rPr>
          <w:rFonts w:eastAsia="Arial"/>
        </w:rPr>
        <w:t>njihovim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svojstvima</w:t>
      </w:r>
      <w:proofErr w:type="spellEnd"/>
      <w:r>
        <w:rPr>
          <w:rFonts w:eastAsia="Arial"/>
        </w:rPr>
        <w:t xml:space="preserve">. Kako bi </w:t>
      </w:r>
      <w:proofErr w:type="spellStart"/>
      <w:r>
        <w:rPr>
          <w:rFonts w:eastAsia="Arial"/>
        </w:rPr>
        <w:t>usporedba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bila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pravedna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skupina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odabire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najviše</w:t>
      </w:r>
      <w:proofErr w:type="spellEnd"/>
      <w:r>
        <w:rPr>
          <w:rFonts w:eastAsia="Arial"/>
        </w:rPr>
        <w:t xml:space="preserve"> tri </w:t>
      </w:r>
      <w:proofErr w:type="spellStart"/>
      <w:r>
        <w:rPr>
          <w:rFonts w:eastAsia="Arial"/>
        </w:rPr>
        <w:t>različita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materijala</w:t>
      </w:r>
      <w:proofErr w:type="spellEnd"/>
      <w:r>
        <w:rPr>
          <w:rFonts w:eastAsia="Arial"/>
        </w:rPr>
        <w:t xml:space="preserve"> za </w:t>
      </w:r>
      <w:proofErr w:type="spellStart"/>
      <w:r>
        <w:rPr>
          <w:rFonts w:eastAsia="Arial"/>
        </w:rPr>
        <w:t>koje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smatra</w:t>
      </w:r>
      <w:proofErr w:type="spellEnd"/>
      <w:r>
        <w:rPr>
          <w:rFonts w:eastAsia="Arial"/>
        </w:rPr>
        <w:t xml:space="preserve"> da </w:t>
      </w:r>
      <w:proofErr w:type="spellStart"/>
      <w:r>
        <w:rPr>
          <w:rFonts w:eastAsia="Arial"/>
        </w:rPr>
        <w:t>će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najbolje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zaštititi</w:t>
      </w:r>
      <w:proofErr w:type="spellEnd"/>
      <w:r>
        <w:rPr>
          <w:rFonts w:eastAsia="Arial"/>
        </w:rPr>
        <w:t xml:space="preserve"> led.</w:t>
      </w:r>
    </w:p>
    <w:p w14:paraId="6B0A78DB" w14:textId="77777777" w:rsidR="00C97036" w:rsidRDefault="00000000">
      <w:pPr>
        <w:spacing w:after="120" w:line="269" w:lineRule="auto"/>
      </w:pPr>
      <w:r>
        <w:rPr>
          <w:rFonts w:eastAsia="Arial"/>
        </w:rPr>
        <w:t xml:space="preserve">Na </w:t>
      </w:r>
      <w:proofErr w:type="spellStart"/>
      <w:r>
        <w:rPr>
          <w:rFonts w:eastAsia="Arial"/>
        </w:rPr>
        <w:t>radni</w:t>
      </w:r>
      <w:proofErr w:type="spellEnd"/>
      <w:r>
        <w:rPr>
          <w:rFonts w:eastAsia="Arial"/>
        </w:rPr>
        <w:t xml:space="preserve"> list </w:t>
      </w: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zapisuju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crtaju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svoju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pretpostavku</w:t>
      </w:r>
      <w:proofErr w:type="spellEnd"/>
      <w:r>
        <w:rPr>
          <w:rFonts w:eastAsia="Arial"/>
        </w:rPr>
        <w:t>: „</w:t>
      </w:r>
      <w:proofErr w:type="spellStart"/>
      <w:r>
        <w:rPr>
          <w:rFonts w:eastAsia="Arial"/>
        </w:rPr>
        <w:t>Mislimo</w:t>
      </w:r>
      <w:proofErr w:type="spellEnd"/>
      <w:r>
        <w:rPr>
          <w:rFonts w:eastAsia="Arial"/>
        </w:rPr>
        <w:t xml:space="preserve"> da </w:t>
      </w:r>
      <w:proofErr w:type="spellStart"/>
      <w:r>
        <w:rPr>
          <w:rFonts w:eastAsia="Arial"/>
        </w:rPr>
        <w:t>će</w:t>
      </w:r>
      <w:proofErr w:type="spellEnd"/>
      <w:r>
        <w:rPr>
          <w:rFonts w:eastAsia="Arial"/>
        </w:rPr>
        <w:t xml:space="preserve"> __________ </w:t>
      </w:r>
      <w:proofErr w:type="spellStart"/>
      <w:r>
        <w:rPr>
          <w:rFonts w:eastAsia="Arial"/>
        </w:rPr>
        <w:t>najbolje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zaštititi</w:t>
      </w:r>
      <w:proofErr w:type="spellEnd"/>
      <w:r>
        <w:rPr>
          <w:rFonts w:eastAsia="Arial"/>
        </w:rPr>
        <w:t xml:space="preserve"> led </w:t>
      </w:r>
      <w:proofErr w:type="spellStart"/>
      <w:r>
        <w:rPr>
          <w:rFonts w:eastAsia="Arial"/>
        </w:rPr>
        <w:t>zato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što</w:t>
      </w:r>
      <w:proofErr w:type="spellEnd"/>
      <w:r>
        <w:rPr>
          <w:rFonts w:eastAsia="Arial"/>
        </w:rPr>
        <w:t xml:space="preserve"> _________</w:t>
      </w:r>
      <w:proofErr w:type="gramStart"/>
      <w:r>
        <w:rPr>
          <w:rFonts w:eastAsia="Arial"/>
        </w:rPr>
        <w:t>_.“</w:t>
      </w:r>
      <w:proofErr w:type="gramEnd"/>
    </w:p>
    <w:p w14:paraId="0BCB4DAB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116F4003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Po </w:t>
      </w:r>
      <w:proofErr w:type="spellStart"/>
      <w:r>
        <w:rPr>
          <w:rFonts w:eastAsia="Arial"/>
          <w:i/>
        </w:rPr>
        <w:t>čemu</w:t>
      </w:r>
      <w:proofErr w:type="spellEnd"/>
      <w:r>
        <w:rPr>
          <w:rFonts w:eastAsia="Arial"/>
          <w:i/>
        </w:rPr>
        <w:t xml:space="preserve"> se </w:t>
      </w:r>
      <w:proofErr w:type="spellStart"/>
      <w:r>
        <w:rPr>
          <w:rFonts w:eastAsia="Arial"/>
          <w:i/>
        </w:rPr>
        <w:t>ponuđeni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materijali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razlikuju</w:t>
      </w:r>
      <w:proofErr w:type="spellEnd"/>
      <w:r>
        <w:rPr>
          <w:rFonts w:eastAsia="Arial"/>
          <w:i/>
        </w:rPr>
        <w:t>?</w:t>
      </w:r>
    </w:p>
    <w:p w14:paraId="73F770FA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Koji bi </w:t>
      </w:r>
      <w:proofErr w:type="spellStart"/>
      <w:r>
        <w:rPr>
          <w:rFonts w:eastAsia="Arial"/>
          <w:i/>
        </w:rPr>
        <w:t>materijal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mogao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najbolje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usporiti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dolazak</w:t>
      </w:r>
      <w:proofErr w:type="spellEnd"/>
      <w:r>
        <w:rPr>
          <w:rFonts w:eastAsia="Arial"/>
          <w:i/>
        </w:rPr>
        <w:t xml:space="preserve"> topline do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>?</w:t>
      </w:r>
    </w:p>
    <w:p w14:paraId="76B6285E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odabrali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upravo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materijale</w:t>
      </w:r>
      <w:proofErr w:type="spellEnd"/>
      <w:r>
        <w:rPr>
          <w:rFonts w:eastAsia="Arial"/>
          <w:i/>
        </w:rPr>
        <w:t>?</w:t>
      </w:r>
    </w:p>
    <w:p w14:paraId="4537A099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Hoćete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upotrijebiti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jedan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sloj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više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slojeva</w:t>
      </w:r>
      <w:proofErr w:type="spellEnd"/>
      <w:r>
        <w:rPr>
          <w:rFonts w:eastAsia="Arial"/>
          <w:i/>
        </w:rPr>
        <w:t xml:space="preserve">? </w:t>
      </w: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>?</w:t>
      </w:r>
    </w:p>
    <w:p w14:paraId="0218F091" w14:textId="77777777" w:rsidR="00C97036" w:rsidRDefault="00000000">
      <w:pPr>
        <w:pStyle w:val="Heading2"/>
        <w:pageBreakBefore/>
        <w:spacing w:after="80"/>
      </w:pPr>
      <w:r>
        <w:rPr>
          <w:rFonts w:ascii="Arial" w:eastAsia="Arial" w:hAnsi="Arial"/>
        </w:rPr>
        <w:lastRenderedPageBreak/>
        <w:t xml:space="preserve">c </w:t>
      </w:r>
      <w:proofErr w:type="spellStart"/>
      <w:r>
        <w:rPr>
          <w:rFonts w:ascii="Arial" w:eastAsia="Arial" w:hAnsi="Arial"/>
        </w:rPr>
        <w:t>Izrada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nacrta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podjela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uloga</w:t>
      </w:r>
      <w:proofErr w:type="spellEnd"/>
      <w:r>
        <w:rPr>
          <w:rFonts w:ascii="Arial" w:eastAsia="Arial" w:hAnsi="Arial"/>
        </w:rPr>
        <w:t xml:space="preserve"> – 5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11D19C22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crtaju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jednostavan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nacrt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zaštite</w:t>
      </w:r>
      <w:proofErr w:type="spellEnd"/>
      <w:r>
        <w:rPr>
          <w:rFonts w:eastAsia="Arial"/>
        </w:rPr>
        <w:t xml:space="preserve"> za </w:t>
      </w:r>
      <w:proofErr w:type="spellStart"/>
      <w:r>
        <w:rPr>
          <w:rFonts w:eastAsia="Arial"/>
        </w:rPr>
        <w:t>kocku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dogovaraju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način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njezine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izrade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Unutar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dijele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uloge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primjerice</w:t>
      </w:r>
      <w:proofErr w:type="spellEnd"/>
      <w:r>
        <w:rPr>
          <w:rFonts w:eastAsia="Arial"/>
        </w:rPr>
        <w:t>:</w:t>
      </w:r>
    </w:p>
    <w:p w14:paraId="315F7356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crtač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nacrta</w:t>
      </w:r>
      <w:proofErr w:type="spellEnd"/>
    </w:p>
    <w:p w14:paraId="35D87073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graditelj</w:t>
      </w:r>
      <w:proofErr w:type="spellEnd"/>
    </w:p>
    <w:p w14:paraId="4B5ECD2F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čuvar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vremena</w:t>
      </w:r>
      <w:proofErr w:type="spellEnd"/>
    </w:p>
    <w:p w14:paraId="0EF26303" w14:textId="77777777" w:rsidR="00C97036" w:rsidRDefault="00000000">
      <w:pPr>
        <w:pStyle w:val="ListBullet"/>
        <w:keepLines/>
        <w:spacing w:after="40" w:line="252" w:lineRule="auto"/>
        <w:ind w:hanging="187"/>
      </w:pPr>
      <w:proofErr w:type="spellStart"/>
      <w:r>
        <w:rPr>
          <w:rFonts w:eastAsia="Arial"/>
        </w:rPr>
        <w:t>izvjestitelj</w:t>
      </w:r>
      <w:proofErr w:type="spellEnd"/>
    </w:p>
    <w:p w14:paraId="03CD22E4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6FC02C2A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Kako </w:t>
      </w:r>
      <w:proofErr w:type="spellStart"/>
      <w:r>
        <w:rPr>
          <w:rFonts w:eastAsia="Arial"/>
          <w:i/>
        </w:rPr>
        <w:t>će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izgledati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vaša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zaštita</w:t>
      </w:r>
      <w:proofErr w:type="spellEnd"/>
      <w:r>
        <w:rPr>
          <w:rFonts w:eastAsia="Arial"/>
          <w:i/>
        </w:rPr>
        <w:t>?</w:t>
      </w:r>
    </w:p>
    <w:p w14:paraId="3A6B2EF6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Kojim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ćete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redoslijedom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postaviti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odabrane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materijale</w:t>
      </w:r>
      <w:proofErr w:type="spellEnd"/>
      <w:r>
        <w:rPr>
          <w:rFonts w:eastAsia="Arial"/>
          <w:i/>
        </w:rPr>
        <w:t>?</w:t>
      </w:r>
    </w:p>
    <w:p w14:paraId="3CF555D4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Kako </w:t>
      </w:r>
      <w:proofErr w:type="spellStart"/>
      <w:r>
        <w:rPr>
          <w:rFonts w:eastAsia="Arial"/>
          <w:i/>
        </w:rPr>
        <w:t>ćete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osigurati</w:t>
      </w:r>
      <w:proofErr w:type="spellEnd"/>
      <w:r>
        <w:rPr>
          <w:rFonts w:eastAsia="Arial"/>
          <w:i/>
        </w:rPr>
        <w:t xml:space="preserve"> da </w:t>
      </w:r>
      <w:proofErr w:type="spellStart"/>
      <w:r>
        <w:rPr>
          <w:rFonts w:eastAsia="Arial"/>
          <w:i/>
        </w:rPr>
        <w:t>svi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članovi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skupine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sudjeluju</w:t>
      </w:r>
      <w:proofErr w:type="spellEnd"/>
      <w:r>
        <w:rPr>
          <w:rFonts w:eastAsia="Arial"/>
          <w:i/>
        </w:rPr>
        <w:t>?</w:t>
      </w:r>
    </w:p>
    <w:p w14:paraId="2AEA8447" w14:textId="77777777" w:rsidR="00C97036" w:rsidRDefault="00000000">
      <w:pPr>
        <w:pStyle w:val="Heading2"/>
        <w:spacing w:after="80"/>
      </w:pPr>
      <w:r>
        <w:rPr>
          <w:rFonts w:ascii="Arial" w:eastAsia="Arial" w:hAnsi="Arial"/>
        </w:rPr>
        <w:t xml:space="preserve">d </w:t>
      </w:r>
      <w:proofErr w:type="spellStart"/>
      <w:r>
        <w:rPr>
          <w:rFonts w:ascii="Arial" w:eastAsia="Arial" w:hAnsi="Arial"/>
        </w:rPr>
        <w:t>Izrada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zaštite</w:t>
      </w:r>
      <w:proofErr w:type="spellEnd"/>
      <w:r>
        <w:rPr>
          <w:rFonts w:ascii="Arial" w:eastAsia="Arial" w:hAnsi="Arial"/>
        </w:rPr>
        <w:t xml:space="preserve"> – 10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01E15E9B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Svaka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dobiva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jednu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približno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jednaku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zatvorenu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vrećici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prema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nacrtu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izrađuju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koristeći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odabrane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materijale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Jedna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vrećici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ostavlja</w:t>
      </w:r>
      <w:proofErr w:type="spellEnd"/>
      <w:r>
        <w:rPr>
          <w:rFonts w:eastAsia="Arial"/>
        </w:rPr>
        <w:t xml:space="preserve"> se bez </w:t>
      </w:r>
      <w:proofErr w:type="spellStart"/>
      <w:r>
        <w:rPr>
          <w:rFonts w:eastAsia="Arial"/>
        </w:rPr>
        <w:t>dodatne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služi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kao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kontrolni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primjerak</w:t>
      </w:r>
      <w:proofErr w:type="spellEnd"/>
      <w:r>
        <w:rPr>
          <w:rFonts w:eastAsia="Arial"/>
        </w:rPr>
        <w:t xml:space="preserve"> s </w:t>
      </w:r>
      <w:proofErr w:type="spellStart"/>
      <w:r>
        <w:rPr>
          <w:rFonts w:eastAsia="Arial"/>
        </w:rPr>
        <w:t>kojim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će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usporediti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rezultate</w:t>
      </w:r>
      <w:proofErr w:type="spellEnd"/>
      <w:r>
        <w:rPr>
          <w:rFonts w:eastAsia="Arial"/>
        </w:rPr>
        <w:t>.</w:t>
      </w:r>
    </w:p>
    <w:p w14:paraId="3DF7065F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48BC4ED8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Izrađujete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zaštitu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prema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nacrtu</w:t>
      </w:r>
      <w:proofErr w:type="spellEnd"/>
      <w:r>
        <w:rPr>
          <w:rFonts w:eastAsia="Arial"/>
          <w:i/>
        </w:rPr>
        <w:t>?</w:t>
      </w:r>
    </w:p>
    <w:p w14:paraId="7B298743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Obuhvaća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vaša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zaštita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cijelu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>?</w:t>
      </w:r>
    </w:p>
    <w:p w14:paraId="03370A88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Postoji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mjesto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kroz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toplina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mogla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lakše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doći</w:t>
      </w:r>
      <w:proofErr w:type="spellEnd"/>
      <w:r>
        <w:rPr>
          <w:rFonts w:eastAsia="Arial"/>
          <w:i/>
        </w:rPr>
        <w:t xml:space="preserve"> do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>?</w:t>
      </w:r>
    </w:p>
    <w:p w14:paraId="719BBA2D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Možete</w:t>
      </w:r>
      <w:proofErr w:type="spellEnd"/>
      <w:r>
        <w:rPr>
          <w:rFonts w:eastAsia="Arial"/>
          <w:i/>
        </w:rPr>
        <w:t xml:space="preserve"> li </w:t>
      </w:r>
      <w:proofErr w:type="spellStart"/>
      <w:r>
        <w:rPr>
          <w:rFonts w:eastAsia="Arial"/>
          <w:i/>
        </w:rPr>
        <w:t>nešto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poboljšati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prije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početka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ispitivanja</w:t>
      </w:r>
      <w:proofErr w:type="spellEnd"/>
      <w:r>
        <w:rPr>
          <w:rFonts w:eastAsia="Arial"/>
          <w:i/>
        </w:rPr>
        <w:t>?</w:t>
      </w:r>
    </w:p>
    <w:p w14:paraId="7E424815" w14:textId="77777777" w:rsidR="00C97036" w:rsidRDefault="00000000">
      <w:pPr>
        <w:pStyle w:val="Heading2"/>
        <w:spacing w:after="80"/>
      </w:pPr>
      <w:r>
        <w:rPr>
          <w:rFonts w:ascii="Arial" w:eastAsia="Arial" w:hAnsi="Arial"/>
        </w:rPr>
        <w:t xml:space="preserve">e </w:t>
      </w:r>
      <w:proofErr w:type="spellStart"/>
      <w:r>
        <w:rPr>
          <w:rFonts w:ascii="Arial" w:eastAsia="Arial" w:hAnsi="Arial"/>
        </w:rPr>
        <w:t>Ispitivanje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izrađenih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rješenja</w:t>
      </w:r>
      <w:proofErr w:type="spellEnd"/>
      <w:r>
        <w:rPr>
          <w:rFonts w:ascii="Arial" w:eastAsia="Arial" w:hAnsi="Arial"/>
        </w:rPr>
        <w:t xml:space="preserve"> – 10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4FD44896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Sve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zaštićene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kontrolna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nezaštićena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istodobno</w:t>
      </w:r>
      <w:proofErr w:type="spellEnd"/>
      <w:r>
        <w:rPr>
          <w:rFonts w:eastAsia="Arial"/>
        </w:rPr>
        <w:t xml:space="preserve"> se </w:t>
      </w:r>
      <w:proofErr w:type="spellStart"/>
      <w:r>
        <w:rPr>
          <w:rFonts w:eastAsia="Arial"/>
        </w:rPr>
        <w:t>stavljaju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isto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mjesto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učionici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Uključuje</w:t>
      </w:r>
      <w:proofErr w:type="spellEnd"/>
      <w:r>
        <w:rPr>
          <w:rFonts w:eastAsia="Arial"/>
        </w:rPr>
        <w:t xml:space="preserve"> se </w:t>
      </w:r>
      <w:proofErr w:type="spellStart"/>
      <w:r>
        <w:rPr>
          <w:rFonts w:eastAsia="Arial"/>
        </w:rPr>
        <w:t>štoperica</w:t>
      </w:r>
      <w:proofErr w:type="spellEnd"/>
      <w:r>
        <w:rPr>
          <w:rFonts w:eastAsia="Arial"/>
        </w:rPr>
        <w:t xml:space="preserve">. Dok </w:t>
      </w:r>
      <w:proofErr w:type="spellStart"/>
      <w:r>
        <w:rPr>
          <w:rFonts w:eastAsia="Arial"/>
        </w:rPr>
        <w:t>traje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ispitivanje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skupine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promatraju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svoje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prototipove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razgovaraju</w:t>
      </w:r>
      <w:proofErr w:type="spellEnd"/>
      <w:r>
        <w:rPr>
          <w:rFonts w:eastAsia="Arial"/>
        </w:rPr>
        <w:t xml:space="preserve"> o </w:t>
      </w:r>
      <w:proofErr w:type="spellStart"/>
      <w:r>
        <w:rPr>
          <w:rFonts w:eastAsia="Arial"/>
        </w:rPr>
        <w:t>očekivanim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rezultatima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učinkovitosti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mogućim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poboljšanjima</w:t>
      </w:r>
      <w:proofErr w:type="spellEnd"/>
      <w:r>
        <w:rPr>
          <w:rFonts w:eastAsia="Arial"/>
        </w:rPr>
        <w:t>.</w:t>
      </w:r>
    </w:p>
    <w:p w14:paraId="1DF17F2E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54A8D5A3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Hoće</w:t>
      </w:r>
      <w:proofErr w:type="spellEnd"/>
      <w:r>
        <w:rPr>
          <w:rFonts w:eastAsia="Arial"/>
          <w:i/>
        </w:rPr>
        <w:t xml:space="preserve"> li se </w:t>
      </w:r>
      <w:proofErr w:type="spellStart"/>
      <w:r>
        <w:rPr>
          <w:rFonts w:eastAsia="Arial"/>
          <w:i/>
        </w:rPr>
        <w:t>sve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jednakom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brzinom</w:t>
      </w:r>
      <w:proofErr w:type="spellEnd"/>
      <w:r>
        <w:rPr>
          <w:rFonts w:eastAsia="Arial"/>
          <w:i/>
        </w:rPr>
        <w:t xml:space="preserve">? </w:t>
      </w: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>?</w:t>
      </w:r>
    </w:p>
    <w:p w14:paraId="6C18A474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imamo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jednu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nezaštićenu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>?</w:t>
      </w:r>
    </w:p>
    <w:p w14:paraId="0869F8F8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Zašto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sve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moraju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biti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približno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jednake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ispitivane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jednako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dugo</w:t>
      </w:r>
      <w:proofErr w:type="spellEnd"/>
      <w:r>
        <w:rPr>
          <w:rFonts w:eastAsia="Arial"/>
          <w:i/>
        </w:rPr>
        <w:t>?</w:t>
      </w:r>
    </w:p>
    <w:p w14:paraId="6480FB43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očekujete</w:t>
      </w:r>
      <w:proofErr w:type="spellEnd"/>
      <w:r>
        <w:rPr>
          <w:rFonts w:eastAsia="Arial"/>
          <w:i/>
        </w:rPr>
        <w:t xml:space="preserve"> da </w:t>
      </w:r>
      <w:proofErr w:type="spellStart"/>
      <w:r>
        <w:rPr>
          <w:rFonts w:eastAsia="Arial"/>
          <w:i/>
        </w:rPr>
        <w:t>će</w:t>
      </w:r>
      <w:proofErr w:type="spellEnd"/>
      <w:r>
        <w:rPr>
          <w:rFonts w:eastAsia="Arial"/>
          <w:i/>
        </w:rPr>
        <w:t xml:space="preserve"> se </w:t>
      </w:r>
      <w:proofErr w:type="spellStart"/>
      <w:r>
        <w:rPr>
          <w:rFonts w:eastAsia="Arial"/>
          <w:i/>
        </w:rPr>
        <w:t>dogoditi</w:t>
      </w:r>
      <w:proofErr w:type="spellEnd"/>
      <w:r>
        <w:rPr>
          <w:rFonts w:eastAsia="Arial"/>
          <w:i/>
        </w:rPr>
        <w:t xml:space="preserve"> s </w:t>
      </w:r>
      <w:proofErr w:type="spellStart"/>
      <w:r>
        <w:rPr>
          <w:rFonts w:eastAsia="Arial"/>
          <w:i/>
        </w:rPr>
        <w:t>vašom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kockom</w:t>
      </w:r>
      <w:proofErr w:type="spellEnd"/>
      <w:r>
        <w:rPr>
          <w:rFonts w:eastAsia="Arial"/>
          <w:i/>
        </w:rPr>
        <w:t>?</w:t>
      </w:r>
    </w:p>
    <w:p w14:paraId="433429E2" w14:textId="77777777" w:rsidR="00C97036" w:rsidRDefault="00000000">
      <w:pPr>
        <w:pStyle w:val="Heading2"/>
        <w:spacing w:after="80"/>
      </w:pPr>
      <w:r>
        <w:rPr>
          <w:rFonts w:ascii="Arial" w:eastAsia="Arial" w:hAnsi="Arial"/>
        </w:rPr>
        <w:t xml:space="preserve">f </w:t>
      </w:r>
      <w:proofErr w:type="spellStart"/>
      <w:r>
        <w:rPr>
          <w:rFonts w:ascii="Arial" w:eastAsia="Arial" w:hAnsi="Arial"/>
        </w:rPr>
        <w:t>Uspoređivanje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rezultata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izvođenje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zaključka</w:t>
      </w:r>
      <w:proofErr w:type="spellEnd"/>
      <w:r>
        <w:rPr>
          <w:rFonts w:ascii="Arial" w:eastAsia="Arial" w:hAnsi="Arial"/>
        </w:rPr>
        <w:t xml:space="preserve"> – 7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43379632" w14:textId="797A6E5E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Nakon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isteka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vremena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otvaraju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zaštitne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konstrukcije</w:t>
      </w:r>
      <w:proofErr w:type="spellEnd"/>
      <w:r>
        <w:rPr>
          <w:rFonts w:eastAsia="Arial"/>
        </w:rPr>
        <w:t>.</w:t>
      </w:r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K</w:t>
      </w:r>
      <w:r>
        <w:rPr>
          <w:rFonts w:eastAsia="Arial"/>
        </w:rPr>
        <w:t>oličinu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otopljene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vode</w:t>
      </w:r>
      <w:proofErr w:type="spellEnd"/>
      <w:r>
        <w:rPr>
          <w:rFonts w:eastAsia="Arial"/>
        </w:rPr>
        <w:t xml:space="preserve"> u </w:t>
      </w:r>
      <w:proofErr w:type="spellStart"/>
      <w:r>
        <w:rPr>
          <w:rFonts w:eastAsia="Arial"/>
        </w:rPr>
        <w:t>vrećici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izljevaju</w:t>
      </w:r>
      <w:proofErr w:type="spellEnd"/>
      <w:r w:rsidR="00DC3134">
        <w:rPr>
          <w:rFonts w:eastAsia="Arial"/>
        </w:rPr>
        <w:t xml:space="preserve"> u </w:t>
      </w:r>
      <w:proofErr w:type="spellStart"/>
      <w:r w:rsidR="00DC3134">
        <w:rPr>
          <w:rFonts w:eastAsia="Arial"/>
        </w:rPr>
        <w:t>plastičnu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posudicu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te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mjere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na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digitalnoj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vagi</w:t>
      </w:r>
      <w:proofErr w:type="spellEnd"/>
      <w:r w:rsidR="00DC3134">
        <w:rPr>
          <w:rFonts w:eastAsia="Arial"/>
        </w:rPr>
        <w:t xml:space="preserve"> u </w:t>
      </w:r>
      <w:proofErr w:type="spellStart"/>
      <w:r w:rsidR="00DC3134">
        <w:rPr>
          <w:rFonts w:eastAsia="Arial"/>
        </w:rPr>
        <w:t>mililitirma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koliko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vode</w:t>
      </w:r>
      <w:proofErr w:type="spellEnd"/>
      <w:r w:rsidR="00DC3134">
        <w:rPr>
          <w:rFonts w:eastAsia="Arial"/>
        </w:rPr>
        <w:t xml:space="preserve"> se </w:t>
      </w:r>
      <w:proofErr w:type="spellStart"/>
      <w:r w:rsidR="00DC3134">
        <w:rPr>
          <w:rFonts w:eastAsia="Arial"/>
        </w:rPr>
        <w:t>stvorilo</w:t>
      </w:r>
      <w:proofErr w:type="spellEnd"/>
      <w:r w:rsidR="00DC3134">
        <w:rPr>
          <w:rFonts w:eastAsia="Arial"/>
        </w:rPr>
        <w:t xml:space="preserve"> u </w:t>
      </w:r>
      <w:proofErr w:type="spellStart"/>
      <w:r w:rsidR="00DC3134">
        <w:rPr>
          <w:rFonts w:eastAsia="Arial"/>
        </w:rPr>
        <w:t>njihovoj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vrećici</w:t>
      </w:r>
      <w:proofErr w:type="spellEnd"/>
      <w:r w:rsidR="00DC3134">
        <w:rPr>
          <w:rFonts w:eastAsia="Arial"/>
        </w:rPr>
        <w:t xml:space="preserve">. </w:t>
      </w:r>
      <w:r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Uspoređuju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međusobno</w:t>
      </w:r>
      <w:proofErr w:type="spellEnd"/>
      <w:r w:rsidR="00DC3134">
        <w:rPr>
          <w:rFonts w:eastAsia="Arial"/>
        </w:rPr>
        <w:t xml:space="preserve"> </w:t>
      </w:r>
      <w:proofErr w:type="spellStart"/>
      <w:r w:rsidR="00DC3134">
        <w:rPr>
          <w:rFonts w:eastAsia="Arial"/>
        </w:rPr>
        <w:t>te</w:t>
      </w:r>
      <w:proofErr w:type="spellEnd"/>
      <w:r w:rsidR="00DC3134">
        <w:rPr>
          <w:rFonts w:eastAsia="Arial"/>
        </w:rPr>
        <w:t xml:space="preserve"> s </w:t>
      </w:r>
      <w:proofErr w:type="spellStart"/>
      <w:r>
        <w:rPr>
          <w:rFonts w:eastAsia="Arial"/>
        </w:rPr>
        <w:t>rezultat</w:t>
      </w:r>
      <w:r w:rsidR="00DC3134">
        <w:rPr>
          <w:rFonts w:eastAsia="Arial"/>
        </w:rPr>
        <w:t>om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nezaštićen</w:t>
      </w:r>
      <w:r w:rsidR="00DC3134">
        <w:rPr>
          <w:rFonts w:eastAsia="Arial"/>
        </w:rPr>
        <w:t>e</w:t>
      </w:r>
      <w:proofErr w:type="spellEnd"/>
      <w:r w:rsidR="00DC3134">
        <w:rPr>
          <w:rFonts w:eastAsia="Arial"/>
        </w:rPr>
        <w:t xml:space="preserve"> </w:t>
      </w:r>
      <w:proofErr w:type="spellStart"/>
      <w:r>
        <w:rPr>
          <w:rFonts w:eastAsia="Arial"/>
        </w:rPr>
        <w:t>kontroln</w:t>
      </w:r>
      <w:r w:rsidR="00DC3134">
        <w:rPr>
          <w:rFonts w:eastAsia="Arial"/>
        </w:rPr>
        <w:t>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</w:t>
      </w:r>
      <w:r w:rsidR="00DC3134">
        <w:rPr>
          <w:rFonts w:eastAsia="Arial"/>
        </w:rPr>
        <w:t>e</w:t>
      </w:r>
      <w:proofErr w:type="spellEnd"/>
      <w:r>
        <w:rPr>
          <w:rFonts w:eastAsia="Arial"/>
        </w:rPr>
        <w:t>.</w:t>
      </w:r>
    </w:p>
    <w:p w14:paraId="4689E6DD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Svaka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skupina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kratko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predstavlja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svoje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opisuje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upotrijebljene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procjenjuje</w:t>
      </w:r>
      <w:proofErr w:type="spellEnd"/>
      <w:r>
        <w:rPr>
          <w:rFonts w:eastAsia="Arial"/>
        </w:rPr>
        <w:t xml:space="preserve"> je li se </w:t>
      </w:r>
      <w:proofErr w:type="spellStart"/>
      <w:r>
        <w:rPr>
          <w:rFonts w:eastAsia="Arial"/>
        </w:rPr>
        <w:t>početna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pretpostavka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pokazala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točnom</w:t>
      </w:r>
      <w:proofErr w:type="spellEnd"/>
      <w:r>
        <w:rPr>
          <w:rFonts w:eastAsia="Arial"/>
        </w:rPr>
        <w:t>.</w:t>
      </w:r>
    </w:p>
    <w:p w14:paraId="336A78F0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16AE6210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Koliko je </w:t>
      </w:r>
      <w:proofErr w:type="spellStart"/>
      <w:r>
        <w:rPr>
          <w:rFonts w:eastAsia="Arial"/>
          <w:i/>
        </w:rPr>
        <w:t>leda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ostalo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koliko</w:t>
      </w:r>
      <w:proofErr w:type="spellEnd"/>
      <w:r>
        <w:rPr>
          <w:rFonts w:eastAsia="Arial"/>
          <w:i/>
        </w:rPr>
        <w:t xml:space="preserve"> se </w:t>
      </w:r>
      <w:proofErr w:type="spellStart"/>
      <w:r>
        <w:rPr>
          <w:rFonts w:eastAsia="Arial"/>
          <w:i/>
        </w:rPr>
        <w:t>vode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prikupilo</w:t>
      </w:r>
      <w:proofErr w:type="spellEnd"/>
      <w:r>
        <w:rPr>
          <w:rFonts w:eastAsia="Arial"/>
          <w:i/>
        </w:rPr>
        <w:t xml:space="preserve"> u </w:t>
      </w:r>
      <w:proofErr w:type="spellStart"/>
      <w:r>
        <w:rPr>
          <w:rFonts w:eastAsia="Arial"/>
          <w:i/>
        </w:rPr>
        <w:t>vašoj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vrećici</w:t>
      </w:r>
      <w:proofErr w:type="spellEnd"/>
      <w:r>
        <w:rPr>
          <w:rFonts w:eastAsia="Arial"/>
          <w:i/>
        </w:rPr>
        <w:t>?</w:t>
      </w:r>
    </w:p>
    <w:p w14:paraId="3AF4AF3E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Kako se </w:t>
      </w:r>
      <w:proofErr w:type="spellStart"/>
      <w:r>
        <w:rPr>
          <w:rFonts w:eastAsia="Arial"/>
          <w:i/>
        </w:rPr>
        <w:t>vaš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rezultat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razlikuje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od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rezultata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nezaštićene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kocke</w:t>
      </w:r>
      <w:proofErr w:type="spellEnd"/>
      <w:r>
        <w:rPr>
          <w:rFonts w:eastAsia="Arial"/>
          <w:i/>
        </w:rPr>
        <w:t>?</w:t>
      </w:r>
    </w:p>
    <w:p w14:paraId="57F3B68A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Je li se </w:t>
      </w:r>
      <w:proofErr w:type="spellStart"/>
      <w:r>
        <w:rPr>
          <w:rFonts w:eastAsia="Arial"/>
          <w:i/>
        </w:rPr>
        <w:t>vaša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pretpostavka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pokazala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točnom</w:t>
      </w:r>
      <w:proofErr w:type="spellEnd"/>
      <w:r>
        <w:rPr>
          <w:rFonts w:eastAsia="Arial"/>
          <w:i/>
        </w:rPr>
        <w:t>?</w:t>
      </w:r>
    </w:p>
    <w:p w14:paraId="3BAE9DE1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Koji je </w:t>
      </w:r>
      <w:proofErr w:type="spellStart"/>
      <w:r>
        <w:rPr>
          <w:rFonts w:eastAsia="Arial"/>
          <w:i/>
        </w:rPr>
        <w:t>dio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vašega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rješenja</w:t>
      </w:r>
      <w:proofErr w:type="spellEnd"/>
      <w:r>
        <w:rPr>
          <w:rFonts w:eastAsia="Arial"/>
          <w:i/>
        </w:rPr>
        <w:t xml:space="preserve"> bio </w:t>
      </w:r>
      <w:proofErr w:type="spellStart"/>
      <w:r>
        <w:rPr>
          <w:rFonts w:eastAsia="Arial"/>
          <w:i/>
        </w:rPr>
        <w:t>učinkovit</w:t>
      </w:r>
      <w:proofErr w:type="spellEnd"/>
      <w:r>
        <w:rPr>
          <w:rFonts w:eastAsia="Arial"/>
          <w:i/>
        </w:rPr>
        <w:t>?</w:t>
      </w:r>
    </w:p>
    <w:p w14:paraId="34EBA119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biste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sljedeći</w:t>
      </w:r>
      <w:proofErr w:type="spellEnd"/>
      <w:r>
        <w:rPr>
          <w:rFonts w:eastAsia="Arial"/>
          <w:i/>
        </w:rPr>
        <w:t xml:space="preserve"> put </w:t>
      </w:r>
      <w:proofErr w:type="spellStart"/>
      <w:r>
        <w:rPr>
          <w:rFonts w:eastAsia="Arial"/>
          <w:i/>
        </w:rPr>
        <w:t>zadržali</w:t>
      </w:r>
      <w:proofErr w:type="spellEnd"/>
      <w:r>
        <w:rPr>
          <w:rFonts w:eastAsia="Arial"/>
          <w:i/>
        </w:rPr>
        <w:t xml:space="preserve">, a </w:t>
      </w: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promijenili</w:t>
      </w:r>
      <w:proofErr w:type="spellEnd"/>
      <w:r>
        <w:rPr>
          <w:rFonts w:eastAsia="Arial"/>
          <w:i/>
        </w:rPr>
        <w:t>?</w:t>
      </w:r>
    </w:p>
    <w:p w14:paraId="4E900630" w14:textId="77777777" w:rsidR="00C97036" w:rsidRDefault="00000000">
      <w:pPr>
        <w:pStyle w:val="Heading2"/>
        <w:pageBreakBefore/>
        <w:spacing w:after="80"/>
      </w:pPr>
      <w:r>
        <w:rPr>
          <w:rFonts w:ascii="Arial" w:eastAsia="Arial" w:hAnsi="Arial"/>
        </w:rPr>
        <w:lastRenderedPageBreak/>
        <w:t xml:space="preserve">g </w:t>
      </w:r>
      <w:proofErr w:type="spellStart"/>
      <w:r>
        <w:rPr>
          <w:rFonts w:ascii="Arial" w:eastAsia="Arial" w:hAnsi="Arial"/>
        </w:rPr>
        <w:t>Vrednovanje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završni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zaključak</w:t>
      </w:r>
      <w:proofErr w:type="spellEnd"/>
      <w:r>
        <w:rPr>
          <w:rFonts w:ascii="Arial" w:eastAsia="Arial" w:hAnsi="Arial"/>
        </w:rPr>
        <w:t xml:space="preserve"> – 3 </w:t>
      </w:r>
      <w:proofErr w:type="spellStart"/>
      <w:r>
        <w:rPr>
          <w:rFonts w:ascii="Arial" w:eastAsia="Arial" w:hAnsi="Arial"/>
        </w:rPr>
        <w:t>minuta</w:t>
      </w:r>
      <w:proofErr w:type="spellEnd"/>
    </w:p>
    <w:p w14:paraId="064A2B92" w14:textId="77777777" w:rsidR="00C97036" w:rsidRDefault="00000000">
      <w:pPr>
        <w:spacing w:after="120" w:line="269" w:lineRule="auto"/>
      </w:pPr>
      <w:proofErr w:type="spellStart"/>
      <w:r>
        <w:rPr>
          <w:rFonts w:eastAsia="Arial"/>
        </w:rPr>
        <w:t>Učenici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provode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kratko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samovrednovanje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pokazujući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palcem</w:t>
      </w:r>
      <w:proofErr w:type="spellEnd"/>
      <w:r>
        <w:rPr>
          <w:rFonts w:eastAsia="Arial"/>
        </w:rPr>
        <w:t>:</w:t>
      </w:r>
    </w:p>
    <w:p w14:paraId="66762221" w14:textId="77777777" w:rsidR="00C97036" w:rsidRDefault="00000000">
      <w:pPr>
        <w:pStyle w:val="ListBullet"/>
        <w:keepLines/>
        <w:spacing w:after="40" w:line="252" w:lineRule="auto"/>
        <w:ind w:hanging="187"/>
      </w:pPr>
      <w:r>
        <w:rPr>
          <w:rFonts w:eastAsia="Arial"/>
        </w:rPr>
        <w:t xml:space="preserve">Palac gore – </w:t>
      </w:r>
      <w:proofErr w:type="spellStart"/>
      <w:r>
        <w:rPr>
          <w:rFonts w:eastAsia="Arial"/>
        </w:rPr>
        <w:t>uspješno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surađivali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naše</w:t>
      </w:r>
      <w:proofErr w:type="spellEnd"/>
      <w:r>
        <w:rPr>
          <w:rFonts w:eastAsia="Arial"/>
        </w:rPr>
        <w:t xml:space="preserve"> je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usporilo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topljenje</w:t>
      </w:r>
      <w:proofErr w:type="spellEnd"/>
      <w:r>
        <w:rPr>
          <w:rFonts w:eastAsia="Arial"/>
        </w:rPr>
        <w:t>.</w:t>
      </w:r>
    </w:p>
    <w:p w14:paraId="5D083EA1" w14:textId="77777777" w:rsidR="00C97036" w:rsidRDefault="00000000">
      <w:pPr>
        <w:pStyle w:val="ListBullet"/>
        <w:keepLines/>
        <w:spacing w:after="40" w:line="252" w:lineRule="auto"/>
        <w:ind w:hanging="187"/>
      </w:pPr>
      <w:r>
        <w:rPr>
          <w:rFonts w:eastAsia="Arial"/>
        </w:rPr>
        <w:t xml:space="preserve">Palac </w:t>
      </w:r>
      <w:proofErr w:type="spellStart"/>
      <w:r>
        <w:rPr>
          <w:rFonts w:eastAsia="Arial"/>
        </w:rPr>
        <w:t>ustranu</w:t>
      </w:r>
      <w:proofErr w:type="spellEnd"/>
      <w:r>
        <w:rPr>
          <w:rFonts w:eastAsia="Arial"/>
        </w:rPr>
        <w:t xml:space="preserve"> – </w:t>
      </w:r>
      <w:proofErr w:type="spellStart"/>
      <w:r>
        <w:rPr>
          <w:rFonts w:eastAsia="Arial"/>
        </w:rPr>
        <w:t>djelomično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uspjeli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znamo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što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bismo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poboljšali</w:t>
      </w:r>
      <w:proofErr w:type="spellEnd"/>
      <w:r>
        <w:rPr>
          <w:rFonts w:eastAsia="Arial"/>
        </w:rPr>
        <w:t>.</w:t>
      </w:r>
    </w:p>
    <w:p w14:paraId="20577CE2" w14:textId="77777777" w:rsidR="00C97036" w:rsidRDefault="00000000">
      <w:pPr>
        <w:pStyle w:val="ListBullet"/>
        <w:keepLines/>
        <w:spacing w:after="40" w:line="252" w:lineRule="auto"/>
        <w:ind w:hanging="187"/>
      </w:pPr>
      <w:r>
        <w:rPr>
          <w:rFonts w:eastAsia="Arial"/>
        </w:rPr>
        <w:t xml:space="preserve">Palac </w:t>
      </w:r>
      <w:proofErr w:type="spellStart"/>
      <w:r>
        <w:rPr>
          <w:rFonts w:eastAsia="Arial"/>
        </w:rPr>
        <w:t>dolje</w:t>
      </w:r>
      <w:proofErr w:type="spellEnd"/>
      <w:r>
        <w:rPr>
          <w:rFonts w:eastAsia="Arial"/>
        </w:rPr>
        <w:t xml:space="preserve"> – </w:t>
      </w:r>
      <w:proofErr w:type="spellStart"/>
      <w:r>
        <w:rPr>
          <w:rFonts w:eastAsia="Arial"/>
        </w:rPr>
        <w:t>potrebno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nam</w:t>
      </w:r>
      <w:proofErr w:type="spellEnd"/>
      <w:r>
        <w:rPr>
          <w:rFonts w:eastAsia="Arial"/>
        </w:rPr>
        <w:t xml:space="preserve"> je novo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ponovno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ispitivanje</w:t>
      </w:r>
      <w:proofErr w:type="spellEnd"/>
      <w:r>
        <w:rPr>
          <w:rFonts w:eastAsia="Arial"/>
        </w:rPr>
        <w:t>.</w:t>
      </w:r>
    </w:p>
    <w:p w14:paraId="575EAE23" w14:textId="77777777" w:rsidR="00C97036" w:rsidRDefault="00000000">
      <w:pPr>
        <w:keepNext/>
        <w:spacing w:before="80" w:after="40"/>
      </w:pPr>
      <w:proofErr w:type="spellStart"/>
      <w:r>
        <w:rPr>
          <w:rFonts w:eastAsia="Arial"/>
          <w:b/>
          <w:color w:val="1F4E78"/>
        </w:rPr>
        <w:t>Pitanja</w:t>
      </w:r>
      <w:proofErr w:type="spellEnd"/>
      <w:r>
        <w:rPr>
          <w:rFonts w:eastAsia="Arial"/>
          <w:b/>
          <w:color w:val="1F4E78"/>
        </w:rPr>
        <w:t xml:space="preserve"> za </w:t>
      </w:r>
      <w:proofErr w:type="spellStart"/>
      <w:r>
        <w:rPr>
          <w:rFonts w:eastAsia="Arial"/>
          <w:b/>
          <w:color w:val="1F4E78"/>
        </w:rPr>
        <w:t>usmjeravanje</w:t>
      </w:r>
      <w:proofErr w:type="spellEnd"/>
      <w:r>
        <w:rPr>
          <w:rFonts w:eastAsia="Arial"/>
          <w:b/>
          <w:color w:val="1F4E78"/>
        </w:rPr>
        <w:t xml:space="preserve"> </w:t>
      </w:r>
      <w:proofErr w:type="spellStart"/>
      <w:r>
        <w:rPr>
          <w:rFonts w:eastAsia="Arial"/>
          <w:b/>
          <w:color w:val="1F4E78"/>
        </w:rPr>
        <w:t>učenika</w:t>
      </w:r>
      <w:proofErr w:type="spellEnd"/>
    </w:p>
    <w:p w14:paraId="664B4BDB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Što</w:t>
      </w:r>
      <w:proofErr w:type="spellEnd"/>
      <w:r>
        <w:rPr>
          <w:rFonts w:eastAsia="Arial"/>
          <w:i/>
        </w:rPr>
        <w:t xml:space="preserve"> je u </w:t>
      </w:r>
      <w:proofErr w:type="spellStart"/>
      <w:r>
        <w:rPr>
          <w:rFonts w:eastAsia="Arial"/>
          <w:i/>
        </w:rPr>
        <w:t>učionici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bilo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toplije</w:t>
      </w:r>
      <w:proofErr w:type="spellEnd"/>
      <w:r>
        <w:rPr>
          <w:rFonts w:eastAsia="Arial"/>
          <w:i/>
        </w:rPr>
        <w:t xml:space="preserve"> – </w:t>
      </w:r>
      <w:proofErr w:type="spellStart"/>
      <w:r>
        <w:rPr>
          <w:rFonts w:eastAsia="Arial"/>
          <w:i/>
        </w:rPr>
        <w:t>zrak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ili</w:t>
      </w:r>
      <w:proofErr w:type="spellEnd"/>
      <w:r>
        <w:rPr>
          <w:rFonts w:eastAsia="Arial"/>
          <w:i/>
        </w:rPr>
        <w:t xml:space="preserve"> led?</w:t>
      </w:r>
    </w:p>
    <w:p w14:paraId="71A9F3E9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U </w:t>
      </w:r>
      <w:proofErr w:type="spellStart"/>
      <w:r>
        <w:rPr>
          <w:rFonts w:eastAsia="Arial"/>
          <w:i/>
        </w:rPr>
        <w:t>kojem</w:t>
      </w:r>
      <w:proofErr w:type="spellEnd"/>
      <w:r>
        <w:rPr>
          <w:rFonts w:eastAsia="Arial"/>
          <w:i/>
        </w:rPr>
        <w:t xml:space="preserve"> se </w:t>
      </w:r>
      <w:proofErr w:type="spellStart"/>
      <w:r>
        <w:rPr>
          <w:rFonts w:eastAsia="Arial"/>
          <w:i/>
        </w:rPr>
        <w:t>smjeru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prenosila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toplina</w:t>
      </w:r>
      <w:proofErr w:type="spellEnd"/>
      <w:r>
        <w:rPr>
          <w:rFonts w:eastAsia="Arial"/>
          <w:i/>
        </w:rPr>
        <w:t>?</w:t>
      </w:r>
    </w:p>
    <w:p w14:paraId="1FFF2C4E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Jesu li </w:t>
      </w:r>
      <w:proofErr w:type="spellStart"/>
      <w:r>
        <w:rPr>
          <w:rFonts w:eastAsia="Arial"/>
          <w:i/>
        </w:rPr>
        <w:t>zaštitni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materijali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ohladili</w:t>
      </w:r>
      <w:proofErr w:type="spellEnd"/>
      <w:r>
        <w:rPr>
          <w:rFonts w:eastAsia="Arial"/>
          <w:i/>
        </w:rPr>
        <w:t xml:space="preserve"> led </w:t>
      </w:r>
      <w:proofErr w:type="spellStart"/>
      <w:r>
        <w:rPr>
          <w:rFonts w:eastAsia="Arial"/>
          <w:i/>
        </w:rPr>
        <w:t>ili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su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usporili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dolazak</w:t>
      </w:r>
      <w:proofErr w:type="spellEnd"/>
      <w:r>
        <w:rPr>
          <w:rFonts w:eastAsia="Arial"/>
          <w:i/>
        </w:rPr>
        <w:t xml:space="preserve"> topline do </w:t>
      </w:r>
      <w:proofErr w:type="spellStart"/>
      <w:r>
        <w:rPr>
          <w:rFonts w:eastAsia="Arial"/>
          <w:i/>
        </w:rPr>
        <w:t>njega</w:t>
      </w:r>
      <w:proofErr w:type="spellEnd"/>
      <w:r>
        <w:rPr>
          <w:rFonts w:eastAsia="Arial"/>
          <w:i/>
        </w:rPr>
        <w:t>?</w:t>
      </w:r>
    </w:p>
    <w:p w14:paraId="1B536D27" w14:textId="77777777" w:rsidR="00C97036" w:rsidRDefault="00000000">
      <w:pPr>
        <w:pStyle w:val="ListBullet"/>
        <w:keepLines/>
        <w:spacing w:after="20" w:line="252" w:lineRule="auto"/>
        <w:ind w:hanging="187"/>
      </w:pPr>
      <w:r>
        <w:rPr>
          <w:rFonts w:eastAsia="Arial"/>
          <w:i/>
        </w:rPr>
        <w:t xml:space="preserve">Kako </w:t>
      </w:r>
      <w:proofErr w:type="spellStart"/>
      <w:r>
        <w:rPr>
          <w:rFonts w:eastAsia="Arial"/>
          <w:i/>
        </w:rPr>
        <w:t>biste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jednom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rečenicom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odgovorili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na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naše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problemsko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pitanje</w:t>
      </w:r>
      <w:proofErr w:type="spellEnd"/>
      <w:r>
        <w:rPr>
          <w:rFonts w:eastAsia="Arial"/>
          <w:i/>
        </w:rPr>
        <w:t>?</w:t>
      </w:r>
    </w:p>
    <w:p w14:paraId="6A8F2936" w14:textId="77777777" w:rsidR="00C97036" w:rsidRDefault="00000000">
      <w:pPr>
        <w:pStyle w:val="ListBullet"/>
        <w:keepLines/>
        <w:spacing w:after="20" w:line="252" w:lineRule="auto"/>
        <w:ind w:hanging="187"/>
      </w:pPr>
      <w:proofErr w:type="spellStart"/>
      <w:r>
        <w:rPr>
          <w:rFonts w:eastAsia="Arial"/>
          <w:i/>
        </w:rPr>
        <w:t>Gdje</w:t>
      </w:r>
      <w:proofErr w:type="spellEnd"/>
      <w:r>
        <w:rPr>
          <w:rFonts w:eastAsia="Arial"/>
          <w:i/>
        </w:rPr>
        <w:t xml:space="preserve"> u </w:t>
      </w:r>
      <w:proofErr w:type="spellStart"/>
      <w:r>
        <w:rPr>
          <w:rFonts w:eastAsia="Arial"/>
          <w:i/>
        </w:rPr>
        <w:t>svakodnevnom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životu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koristimo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materijale</w:t>
      </w:r>
      <w:proofErr w:type="spellEnd"/>
      <w:r>
        <w:rPr>
          <w:rFonts w:eastAsia="Arial"/>
          <w:i/>
        </w:rPr>
        <w:t xml:space="preserve"> koji </w:t>
      </w:r>
      <w:proofErr w:type="spellStart"/>
      <w:r>
        <w:rPr>
          <w:rFonts w:eastAsia="Arial"/>
          <w:i/>
        </w:rPr>
        <w:t>usporavaju</w:t>
      </w:r>
      <w:proofErr w:type="spellEnd"/>
      <w:r>
        <w:rPr>
          <w:rFonts w:eastAsia="Arial"/>
          <w:i/>
        </w:rPr>
        <w:t xml:space="preserve"> </w:t>
      </w:r>
      <w:proofErr w:type="spellStart"/>
      <w:r>
        <w:rPr>
          <w:rFonts w:eastAsia="Arial"/>
          <w:i/>
        </w:rPr>
        <w:t>prijenos</w:t>
      </w:r>
      <w:proofErr w:type="spellEnd"/>
      <w:r>
        <w:rPr>
          <w:rFonts w:eastAsia="Arial"/>
          <w:i/>
        </w:rPr>
        <w:t xml:space="preserve"> topline?</w:t>
      </w:r>
    </w:p>
    <w:p w14:paraId="112CF7BA" w14:textId="77777777" w:rsidR="00C97036" w:rsidRDefault="00000000">
      <w:pPr>
        <w:spacing w:before="120" w:after="120" w:line="269" w:lineRule="auto"/>
      </w:pPr>
      <w:proofErr w:type="spellStart"/>
      <w:r>
        <w:rPr>
          <w:rFonts w:eastAsia="Arial"/>
          <w:b/>
        </w:rPr>
        <w:t>Završni</w:t>
      </w:r>
      <w:proofErr w:type="spellEnd"/>
      <w:r>
        <w:rPr>
          <w:rFonts w:eastAsia="Arial"/>
          <w:b/>
        </w:rPr>
        <w:t xml:space="preserve"> </w:t>
      </w:r>
      <w:proofErr w:type="spellStart"/>
      <w:r>
        <w:rPr>
          <w:rFonts w:eastAsia="Arial"/>
          <w:b/>
        </w:rPr>
        <w:t>znanstveni</w:t>
      </w:r>
      <w:proofErr w:type="spellEnd"/>
      <w:r>
        <w:rPr>
          <w:rFonts w:eastAsia="Arial"/>
          <w:b/>
        </w:rPr>
        <w:t xml:space="preserve"> </w:t>
      </w:r>
      <w:proofErr w:type="spellStart"/>
      <w:r>
        <w:rPr>
          <w:rFonts w:eastAsia="Arial"/>
          <w:b/>
        </w:rPr>
        <w:t>zaključak</w:t>
      </w:r>
      <w:proofErr w:type="spellEnd"/>
      <w:r>
        <w:rPr>
          <w:rFonts w:eastAsia="Arial"/>
          <w:b/>
        </w:rPr>
        <w:t xml:space="preserve">: </w:t>
      </w:r>
      <w:proofErr w:type="spellStart"/>
      <w:r>
        <w:rPr>
          <w:rFonts w:eastAsia="Arial"/>
        </w:rPr>
        <w:t>Toplina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prelazi</w:t>
      </w:r>
      <w:proofErr w:type="spellEnd"/>
      <w:r>
        <w:rPr>
          <w:rFonts w:eastAsia="Arial"/>
        </w:rPr>
        <w:t xml:space="preserve"> s </w:t>
      </w:r>
      <w:proofErr w:type="spellStart"/>
      <w:r>
        <w:rPr>
          <w:rFonts w:eastAsia="Arial"/>
        </w:rPr>
        <w:t>toplijega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tijela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hladnije</w:t>
      </w:r>
      <w:proofErr w:type="spellEnd"/>
      <w:r>
        <w:rPr>
          <w:rFonts w:eastAsia="Arial"/>
        </w:rPr>
        <w:t xml:space="preserve">. </w:t>
      </w:r>
      <w:proofErr w:type="spellStart"/>
      <w:r>
        <w:rPr>
          <w:rFonts w:eastAsia="Arial"/>
        </w:rPr>
        <w:t>Zaštitni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materijali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mogu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usporiti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prijenos</w:t>
      </w:r>
      <w:proofErr w:type="spellEnd"/>
      <w:r>
        <w:rPr>
          <w:rFonts w:eastAsia="Arial"/>
        </w:rPr>
        <w:t xml:space="preserve"> topline </w:t>
      </w:r>
      <w:proofErr w:type="spellStart"/>
      <w:r>
        <w:rPr>
          <w:rFonts w:eastAsia="Arial"/>
        </w:rPr>
        <w:t>iz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okoline</w:t>
      </w:r>
      <w:proofErr w:type="spellEnd"/>
      <w:r>
        <w:rPr>
          <w:rFonts w:eastAsia="Arial"/>
        </w:rPr>
        <w:t xml:space="preserve"> do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pa se </w:t>
      </w:r>
      <w:proofErr w:type="spellStart"/>
      <w:r>
        <w:rPr>
          <w:rFonts w:eastAsia="Arial"/>
        </w:rPr>
        <w:t>zaštićena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kocka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leda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topi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sporije</w:t>
      </w:r>
      <w:proofErr w:type="spellEnd"/>
      <w:r>
        <w:rPr>
          <w:rFonts w:eastAsia="Arial"/>
        </w:rPr>
        <w:t>.</w:t>
      </w:r>
    </w:p>
    <w:p w14:paraId="05285EC2" w14:textId="77777777" w:rsidR="00C97036" w:rsidRDefault="00000000">
      <w:pPr>
        <w:spacing w:after="120" w:line="269" w:lineRule="auto"/>
        <w:rPr>
          <w:rFonts w:eastAsia="Arial"/>
        </w:rPr>
      </w:pPr>
      <w:proofErr w:type="spellStart"/>
      <w:r>
        <w:rPr>
          <w:rFonts w:eastAsia="Arial"/>
        </w:rPr>
        <w:t>Cilj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aktivnosti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nije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samo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pronaći</w:t>
      </w:r>
      <w:proofErr w:type="spellEnd"/>
      <w:r>
        <w:rPr>
          <w:rFonts w:eastAsia="Arial"/>
        </w:rPr>
        <w:t xml:space="preserve"> „</w:t>
      </w:r>
      <w:proofErr w:type="spellStart"/>
      <w:proofErr w:type="gramStart"/>
      <w:r>
        <w:rPr>
          <w:rFonts w:eastAsia="Arial"/>
        </w:rPr>
        <w:t>pobjedničku</w:t>
      </w:r>
      <w:proofErr w:type="spellEnd"/>
      <w:r>
        <w:rPr>
          <w:rFonts w:eastAsia="Arial"/>
        </w:rPr>
        <w:t xml:space="preserve">“ </w:t>
      </w:r>
      <w:proofErr w:type="spellStart"/>
      <w:r>
        <w:rPr>
          <w:rFonts w:eastAsia="Arial"/>
        </w:rPr>
        <w:t>skupinu</w:t>
      </w:r>
      <w:proofErr w:type="spellEnd"/>
      <w:proofErr w:type="gram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nego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proći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cijeli</w:t>
      </w:r>
      <w:proofErr w:type="spellEnd"/>
      <w:r>
        <w:rPr>
          <w:rFonts w:eastAsia="Arial"/>
        </w:rPr>
        <w:t xml:space="preserve"> STEAM </w:t>
      </w:r>
      <w:proofErr w:type="spellStart"/>
      <w:r>
        <w:rPr>
          <w:rFonts w:eastAsia="Arial"/>
        </w:rPr>
        <w:t>proces</w:t>
      </w:r>
      <w:proofErr w:type="spellEnd"/>
      <w:r>
        <w:rPr>
          <w:rFonts w:eastAsia="Arial"/>
        </w:rPr>
        <w:t xml:space="preserve">: </w:t>
      </w:r>
      <w:proofErr w:type="spellStart"/>
      <w:r>
        <w:rPr>
          <w:rFonts w:eastAsia="Arial"/>
        </w:rPr>
        <w:t>postaviti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pitanje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iznijeti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pretpostavku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osmisliti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rješenje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izraditi</w:t>
      </w:r>
      <w:proofErr w:type="spellEnd"/>
      <w:r>
        <w:rPr>
          <w:rFonts w:eastAsia="Arial"/>
        </w:rPr>
        <w:t xml:space="preserve"> ga, </w:t>
      </w:r>
      <w:proofErr w:type="spellStart"/>
      <w:r>
        <w:rPr>
          <w:rFonts w:eastAsia="Arial"/>
        </w:rPr>
        <w:t>ispitati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usporediti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rezultate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predložiti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poboljšanje</w:t>
      </w:r>
      <w:proofErr w:type="spellEnd"/>
      <w:r>
        <w:rPr>
          <w:rFonts w:eastAsia="Arial"/>
        </w:rPr>
        <w:t>.</w:t>
      </w:r>
    </w:p>
    <w:p w14:paraId="72F0D3E7" w14:textId="77777777" w:rsidR="00DC3134" w:rsidRDefault="00DC3134">
      <w:pPr>
        <w:spacing w:after="120" w:line="269" w:lineRule="auto"/>
        <w:rPr>
          <w:rFonts w:eastAsia="Arial"/>
        </w:rPr>
      </w:pPr>
    </w:p>
    <w:p w14:paraId="01758D0E" w14:textId="10641649" w:rsidR="00DC3134" w:rsidRDefault="00DC3134">
      <w:pPr>
        <w:spacing w:after="120" w:line="269" w:lineRule="auto"/>
      </w:pPr>
      <w:proofErr w:type="spellStart"/>
      <w:r>
        <w:rPr>
          <w:rFonts w:eastAsia="Arial"/>
        </w:rPr>
        <w:t>Autorica</w:t>
      </w:r>
      <w:proofErr w:type="spellEnd"/>
      <w:r>
        <w:rPr>
          <w:rFonts w:eastAsia="Arial"/>
        </w:rPr>
        <w:t xml:space="preserve">: Ana Marija Milković, </w:t>
      </w:r>
      <w:proofErr w:type="spellStart"/>
      <w:r>
        <w:rPr>
          <w:rFonts w:eastAsia="Arial"/>
        </w:rPr>
        <w:t>učiteljica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razredne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nastave</w:t>
      </w:r>
      <w:proofErr w:type="spellEnd"/>
      <w:r>
        <w:rPr>
          <w:rFonts w:eastAsia="Arial"/>
        </w:rPr>
        <w:t xml:space="preserve">, OŠ </w:t>
      </w:r>
      <w:proofErr w:type="spellStart"/>
      <w:r>
        <w:rPr>
          <w:rFonts w:eastAsia="Arial"/>
        </w:rPr>
        <w:t>Pantovčak</w:t>
      </w:r>
      <w:proofErr w:type="spellEnd"/>
    </w:p>
    <w:sectPr w:rsidR="00DC3134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E0FD" w14:textId="77777777" w:rsidR="001033E6" w:rsidRDefault="001033E6">
      <w:pPr>
        <w:spacing w:after="0" w:line="240" w:lineRule="auto"/>
      </w:pPr>
      <w:r>
        <w:separator/>
      </w:r>
    </w:p>
  </w:endnote>
  <w:endnote w:type="continuationSeparator" w:id="0">
    <w:p w14:paraId="0231610D" w14:textId="77777777" w:rsidR="001033E6" w:rsidRDefault="00103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3A34" w14:textId="77777777" w:rsidR="00C97036" w:rsidRDefault="00000000">
    <w:pPr>
      <w:pStyle w:val="Footer"/>
      <w:spacing w:before="80"/>
      <w:jc w:val="center"/>
    </w:pPr>
    <w:r>
      <w:rPr>
        <w:rFonts w:eastAsia="Arial"/>
        <w:color w:val="646464"/>
        <w:sz w:val="18"/>
      </w:rPr>
      <w:fldChar w:fldCharType="begin"/>
    </w:r>
    <w:r>
      <w:rPr>
        <w:rFonts w:eastAsia="Arial"/>
        <w:color w:val="646464"/>
        <w:sz w:val="18"/>
      </w:rPr>
      <w:instrText xml:space="preserve"> PAGE </w:instrText>
    </w:r>
    <w:r>
      <w:rPr>
        <w:rFonts w:eastAsia="Arial"/>
        <w:color w:val="646464"/>
        <w:sz w:val="18"/>
      </w:rPr>
      <w:fldChar w:fldCharType="separate"/>
    </w:r>
    <w:r w:rsidR="00DC3134">
      <w:rPr>
        <w:rFonts w:eastAsia="Arial"/>
        <w:noProof/>
        <w:color w:val="646464"/>
        <w:sz w:val="18"/>
      </w:rPr>
      <w:t>1</w:t>
    </w:r>
    <w:r>
      <w:rPr>
        <w:rFonts w:eastAsia="Arial"/>
        <w:color w:val="646464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2E2B" w14:textId="77777777" w:rsidR="001033E6" w:rsidRDefault="001033E6">
      <w:pPr>
        <w:spacing w:after="0" w:line="240" w:lineRule="auto"/>
      </w:pPr>
      <w:r>
        <w:separator/>
      </w:r>
    </w:p>
  </w:footnote>
  <w:footnote w:type="continuationSeparator" w:id="0">
    <w:p w14:paraId="537A91C9" w14:textId="77777777" w:rsidR="001033E6" w:rsidRDefault="00103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369119">
    <w:abstractNumId w:val="8"/>
  </w:num>
  <w:num w:numId="2" w16cid:durableId="1618414512">
    <w:abstractNumId w:val="6"/>
  </w:num>
  <w:num w:numId="3" w16cid:durableId="1628659859">
    <w:abstractNumId w:val="5"/>
  </w:num>
  <w:num w:numId="4" w16cid:durableId="199712011">
    <w:abstractNumId w:val="4"/>
  </w:num>
  <w:num w:numId="5" w16cid:durableId="857701176">
    <w:abstractNumId w:val="7"/>
  </w:num>
  <w:num w:numId="6" w16cid:durableId="1638140358">
    <w:abstractNumId w:val="3"/>
  </w:num>
  <w:num w:numId="7" w16cid:durableId="767194286">
    <w:abstractNumId w:val="2"/>
  </w:num>
  <w:num w:numId="8" w16cid:durableId="992639175">
    <w:abstractNumId w:val="1"/>
  </w:num>
  <w:num w:numId="9" w16cid:durableId="152424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21C3"/>
    <w:rsid w:val="001033E6"/>
    <w:rsid w:val="0015074B"/>
    <w:rsid w:val="0016666B"/>
    <w:rsid w:val="0029639D"/>
    <w:rsid w:val="00326F90"/>
    <w:rsid w:val="00483FB8"/>
    <w:rsid w:val="0061768E"/>
    <w:rsid w:val="00AA1D8D"/>
    <w:rsid w:val="00B47730"/>
    <w:rsid w:val="00C97036"/>
    <w:rsid w:val="00CB0664"/>
    <w:rsid w:val="00DC31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7C00E"/>
  <w14:defaultImageDpi w14:val="300"/>
  <w15:docId w15:val="{43A578A1-3C34-4E13-B8F5-700E82D4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1008</Words>
  <Characters>5811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Misija spasimo kocku leda</dc:title>
  <dc:subject>STEAM radionica za drugi razred osnovne škole</dc:subject>
  <dc:creator>Ana Marija Milković</dc:creator>
  <cp:keywords/>
  <dc:description>generated by python-docx</dc:description>
  <cp:lastModifiedBy>Željka Vukušić</cp:lastModifiedBy>
  <cp:revision>3</cp:revision>
  <dcterms:created xsi:type="dcterms:W3CDTF">2013-12-23T23:15:00Z</dcterms:created>
  <dcterms:modified xsi:type="dcterms:W3CDTF">2026-09-22T07:44:00Z</dcterms:modified>
  <cp:category/>
</cp:coreProperties>
</file>